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9A319" w14:textId="77777777" w:rsidR="00297977" w:rsidRDefault="00297977">
      <w:pPr>
        <w:jc w:val="center"/>
        <w:rPr>
          <w:b/>
          <w:color w:val="1F4E79"/>
          <w:sz w:val="40"/>
        </w:rPr>
      </w:pPr>
    </w:p>
    <w:p w14:paraId="14D299E7" w14:textId="6771904D" w:rsidR="0068736D" w:rsidRDefault="00445E82">
      <w:pPr>
        <w:jc w:val="center"/>
      </w:pPr>
      <w:r>
        <w:rPr>
          <w:b/>
          <w:color w:val="1F4E79"/>
          <w:sz w:val="40"/>
        </w:rPr>
        <w:t>1</w:t>
      </w:r>
      <w:r w:rsidR="00443064">
        <w:rPr>
          <w:b/>
          <w:color w:val="1F4E79"/>
          <w:sz w:val="40"/>
        </w:rPr>
        <w:t>Lab 06 - Azure Cost Management, RBAC và Resource Lock</w:t>
      </w:r>
    </w:p>
    <w:p w14:paraId="6E66DFA6" w14:textId="77777777" w:rsidR="0068736D" w:rsidRDefault="00443064">
      <w:pPr>
        <w:jc w:val="center"/>
      </w:pPr>
      <w:r>
        <w:rPr>
          <w:i/>
          <w:sz w:val="26"/>
        </w:rPr>
        <w:t>Hư</w:t>
      </w:r>
      <w:r>
        <w:rPr>
          <w:i/>
          <w:sz w:val="26"/>
        </w:rPr>
        <w:t>ớ</w:t>
      </w:r>
      <w:r>
        <w:rPr>
          <w:i/>
          <w:sz w:val="26"/>
        </w:rPr>
        <w:t>ng d</w:t>
      </w:r>
      <w:r>
        <w:rPr>
          <w:i/>
          <w:sz w:val="26"/>
        </w:rPr>
        <w:t>ẫ</w:t>
      </w:r>
      <w:r>
        <w:rPr>
          <w:i/>
          <w:sz w:val="26"/>
        </w:rPr>
        <w:t>n step by step b</w:t>
      </w:r>
      <w:r>
        <w:rPr>
          <w:i/>
          <w:sz w:val="26"/>
        </w:rPr>
        <w:t>ằ</w:t>
      </w:r>
      <w:r>
        <w:rPr>
          <w:i/>
          <w:sz w:val="26"/>
        </w:rPr>
        <w:t>ng Azure Portal</w:t>
      </w:r>
    </w:p>
    <w:p w14:paraId="7B9ECE00" w14:textId="77777777" w:rsidR="0068736D" w:rsidRDefault="00443064">
      <w:r>
        <w:t>Các ph</w:t>
      </w:r>
      <w:r>
        <w:t>ầ</w:t>
      </w:r>
      <w:r>
        <w:t>n th</w:t>
      </w:r>
      <w:r>
        <w:t>ự</w:t>
      </w:r>
      <w:r>
        <w:t>c hành: Lab 06-A Budget Alert, Lab 06-B RBAC Role Assignment, Lab 06-C Resource Lock, Lab 06-D Cost Analysis.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31"/>
        <w:gridCol w:w="6865"/>
      </w:tblGrid>
      <w:tr w:rsidR="0068736D" w14:paraId="4BA032D1" w14:textId="77777777">
        <w:trPr>
          <w:jc w:val="center"/>
        </w:trPr>
        <w:tc>
          <w:tcPr>
            <w:tcW w:w="3456" w:type="dxa"/>
            <w:shd w:val="clear" w:color="auto" w:fill="1F4E79"/>
            <w:vAlign w:val="center"/>
          </w:tcPr>
          <w:p w14:paraId="1651C905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Thông tin</w:t>
            </w:r>
          </w:p>
        </w:tc>
        <w:tc>
          <w:tcPr>
            <w:tcW w:w="6912" w:type="dxa"/>
            <w:shd w:val="clear" w:color="auto" w:fill="1F4E79"/>
            <w:vAlign w:val="center"/>
          </w:tcPr>
          <w:p w14:paraId="5A997166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Giá tr</w:t>
            </w:r>
            <w:r>
              <w:rPr>
                <w:b/>
                <w:color w:val="FFFFFF"/>
              </w:rPr>
              <w:t>ị</w:t>
            </w:r>
          </w:p>
        </w:tc>
      </w:tr>
      <w:tr w:rsidR="0068736D" w14:paraId="2C184AFB" w14:textId="77777777">
        <w:trPr>
          <w:jc w:val="center"/>
        </w:trPr>
        <w:tc>
          <w:tcPr>
            <w:tcW w:w="3456" w:type="dxa"/>
            <w:vAlign w:val="center"/>
          </w:tcPr>
          <w:p w14:paraId="5BCA50D1" w14:textId="77777777" w:rsidR="0068736D" w:rsidRDefault="00443064">
            <w:pPr>
              <w:spacing w:after="0"/>
            </w:pPr>
            <w:r>
              <w:t>N</w:t>
            </w:r>
            <w:r>
              <w:t>ề</w:t>
            </w:r>
            <w:r>
              <w:t>n t</w:t>
            </w:r>
            <w:r>
              <w:t>ả</w:t>
            </w:r>
            <w:r>
              <w:t>ng th</w:t>
            </w:r>
            <w:r>
              <w:t>ự</w:t>
            </w:r>
            <w:r>
              <w:t>c hành</w:t>
            </w:r>
          </w:p>
        </w:tc>
        <w:tc>
          <w:tcPr>
            <w:tcW w:w="6912" w:type="dxa"/>
            <w:vAlign w:val="center"/>
          </w:tcPr>
          <w:p w14:paraId="7B8B5A68" w14:textId="77777777" w:rsidR="0068736D" w:rsidRDefault="00443064">
            <w:pPr>
              <w:spacing w:after="0"/>
            </w:pPr>
            <w:r>
              <w:t>Azure Portal</w:t>
            </w:r>
          </w:p>
        </w:tc>
      </w:tr>
      <w:tr w:rsidR="0068736D" w14:paraId="41CA7586" w14:textId="77777777">
        <w:trPr>
          <w:jc w:val="center"/>
        </w:trPr>
        <w:tc>
          <w:tcPr>
            <w:tcW w:w="3456" w:type="dxa"/>
            <w:vAlign w:val="center"/>
          </w:tcPr>
          <w:p w14:paraId="3B015B1F" w14:textId="77777777" w:rsidR="0068736D" w:rsidRDefault="00443064">
            <w:pPr>
              <w:spacing w:after="0"/>
            </w:pPr>
            <w:r>
              <w:t>Đư</w:t>
            </w:r>
            <w:r>
              <w:t>ờ</w:t>
            </w:r>
            <w:r>
              <w:t>ng d</w:t>
            </w:r>
            <w:r>
              <w:t>ẫ</w:t>
            </w:r>
            <w:r>
              <w:t>n</w:t>
            </w:r>
          </w:p>
        </w:tc>
        <w:tc>
          <w:tcPr>
            <w:tcW w:w="6912" w:type="dxa"/>
            <w:vAlign w:val="center"/>
          </w:tcPr>
          <w:p w14:paraId="3E11893B" w14:textId="77777777" w:rsidR="0068736D" w:rsidRDefault="00443064">
            <w:pPr>
              <w:spacing w:after="0"/>
            </w:pPr>
            <w:r>
              <w:t>https://portal.azure.com</w:t>
            </w:r>
          </w:p>
        </w:tc>
      </w:tr>
      <w:tr w:rsidR="0068736D" w14:paraId="6E3F18F0" w14:textId="77777777">
        <w:trPr>
          <w:jc w:val="center"/>
        </w:trPr>
        <w:tc>
          <w:tcPr>
            <w:tcW w:w="3456" w:type="dxa"/>
            <w:vAlign w:val="center"/>
          </w:tcPr>
          <w:p w14:paraId="0F0B6E66" w14:textId="77777777" w:rsidR="0068736D" w:rsidRDefault="00443064">
            <w:pPr>
              <w:spacing w:after="0"/>
            </w:pPr>
            <w:r>
              <w:t>Resource Group dùng trong lab</w:t>
            </w:r>
          </w:p>
        </w:tc>
        <w:tc>
          <w:tcPr>
            <w:tcW w:w="6912" w:type="dxa"/>
            <w:vAlign w:val="center"/>
          </w:tcPr>
          <w:p w14:paraId="4496F4EE" w14:textId="77777777" w:rsidR="0068736D" w:rsidRDefault="00443064">
            <w:pPr>
              <w:spacing w:after="0"/>
            </w:pPr>
            <w:r>
              <w:t>rg-az900-lab06</w:t>
            </w:r>
          </w:p>
        </w:tc>
      </w:tr>
      <w:tr w:rsidR="0068736D" w14:paraId="0442D369" w14:textId="77777777">
        <w:trPr>
          <w:jc w:val="center"/>
        </w:trPr>
        <w:tc>
          <w:tcPr>
            <w:tcW w:w="3456" w:type="dxa"/>
            <w:vAlign w:val="center"/>
          </w:tcPr>
          <w:p w14:paraId="05AC9E29" w14:textId="77777777" w:rsidR="0068736D" w:rsidRDefault="00443064">
            <w:pPr>
              <w:spacing w:after="0"/>
            </w:pPr>
            <w:r>
              <w:t>Region</w:t>
            </w:r>
          </w:p>
        </w:tc>
        <w:tc>
          <w:tcPr>
            <w:tcW w:w="6912" w:type="dxa"/>
            <w:vAlign w:val="center"/>
          </w:tcPr>
          <w:p w14:paraId="4A3C3ED2" w14:textId="77777777" w:rsidR="0068736D" w:rsidRDefault="00443064">
            <w:pPr>
              <w:spacing w:after="0"/>
            </w:pPr>
            <w:r>
              <w:t>Southeast Asia</w:t>
            </w:r>
          </w:p>
        </w:tc>
      </w:tr>
      <w:tr w:rsidR="0068736D" w14:paraId="03C07F79" w14:textId="77777777">
        <w:trPr>
          <w:jc w:val="center"/>
        </w:trPr>
        <w:tc>
          <w:tcPr>
            <w:tcW w:w="3456" w:type="dxa"/>
            <w:vAlign w:val="center"/>
          </w:tcPr>
          <w:p w14:paraId="12B523D0" w14:textId="77777777" w:rsidR="0068736D" w:rsidRDefault="00443064">
            <w:pPr>
              <w:spacing w:after="0"/>
            </w:pPr>
            <w:r>
              <w:t>Đ</w:t>
            </w:r>
            <w:r>
              <w:t>ố</w:t>
            </w:r>
            <w:r>
              <w:t>i tư</w:t>
            </w:r>
            <w:r>
              <w:t>ợ</w:t>
            </w:r>
            <w:r>
              <w:t>ng h</w:t>
            </w:r>
            <w:r>
              <w:t>ọ</w:t>
            </w:r>
            <w:r>
              <w:t>c viên</w:t>
            </w:r>
          </w:p>
        </w:tc>
        <w:tc>
          <w:tcPr>
            <w:tcW w:w="6912" w:type="dxa"/>
            <w:vAlign w:val="center"/>
          </w:tcPr>
          <w:p w14:paraId="4A2B8CAC" w14:textId="77777777" w:rsidR="0068736D" w:rsidRDefault="00443064">
            <w:pPr>
              <w:spacing w:after="0"/>
            </w:pPr>
            <w:r>
              <w:t>AZ-900 / Azure Fundamentals</w:t>
            </w:r>
          </w:p>
        </w:tc>
      </w:tr>
      <w:tr w:rsidR="0068736D" w14:paraId="30FEA9BD" w14:textId="77777777">
        <w:trPr>
          <w:jc w:val="center"/>
        </w:trPr>
        <w:tc>
          <w:tcPr>
            <w:tcW w:w="3456" w:type="dxa"/>
            <w:vAlign w:val="center"/>
          </w:tcPr>
          <w:p w14:paraId="0AE70865" w14:textId="77777777" w:rsidR="0068736D" w:rsidRDefault="00443064">
            <w:pPr>
              <w:spacing w:after="0"/>
            </w:pPr>
            <w:r>
              <w:t>M</w:t>
            </w:r>
            <w:r>
              <w:t>ụ</w:t>
            </w:r>
            <w:r>
              <w:t>c tiêu chính</w:t>
            </w:r>
          </w:p>
        </w:tc>
        <w:tc>
          <w:tcPr>
            <w:tcW w:w="6912" w:type="dxa"/>
            <w:vAlign w:val="center"/>
          </w:tcPr>
          <w:p w14:paraId="5C39D073" w14:textId="77777777" w:rsidR="0068736D" w:rsidRDefault="00443064">
            <w:pPr>
              <w:spacing w:after="0"/>
            </w:pPr>
            <w:r>
              <w:t>Qu</w:t>
            </w:r>
            <w:r>
              <w:t>ả</w:t>
            </w:r>
            <w:r>
              <w:t>n lý chi phí, phân quy</w:t>
            </w:r>
            <w:r>
              <w:t>ề</w:t>
            </w:r>
            <w:r>
              <w:t>n RBAC và b</w:t>
            </w:r>
            <w:r>
              <w:t>ả</w:t>
            </w:r>
            <w:r>
              <w:t>o v</w:t>
            </w:r>
            <w:r>
              <w:t>ệ</w:t>
            </w:r>
            <w:r>
              <w:t xml:space="preserve"> tài nguyên Azure</w:t>
            </w:r>
          </w:p>
        </w:tc>
      </w:tr>
    </w:tbl>
    <w:p w14:paraId="34C288F5" w14:textId="77777777" w:rsidR="0068736D" w:rsidRDefault="0068736D"/>
    <w:p w14:paraId="260CFBEB" w14:textId="77777777" w:rsidR="0068736D" w:rsidRDefault="00443064">
      <w:pPr>
        <w:pStyle w:val="Heading1"/>
      </w:pPr>
      <w:r>
        <w:rPr>
          <w:rFonts w:ascii="Arial" w:eastAsia="Arial" w:hAnsi="Arial"/>
        </w:rPr>
        <w:t>1. M</w:t>
      </w:r>
      <w:r>
        <w:rPr>
          <w:rFonts w:ascii="Arial" w:eastAsia="Arial" w:hAnsi="Arial"/>
        </w:rPr>
        <w:t>ụ</w:t>
      </w:r>
      <w:r>
        <w:rPr>
          <w:rFonts w:ascii="Arial" w:eastAsia="Arial" w:hAnsi="Arial"/>
        </w:rPr>
        <w:t>c tiêu bài lab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64"/>
        <w:gridCol w:w="7432"/>
      </w:tblGrid>
      <w:tr w:rsidR="0068736D" w14:paraId="7817B021" w14:textId="77777777">
        <w:trPr>
          <w:jc w:val="center"/>
        </w:trPr>
        <w:tc>
          <w:tcPr>
            <w:tcW w:w="2880" w:type="dxa"/>
            <w:shd w:val="clear" w:color="auto" w:fill="1F4E79"/>
            <w:vAlign w:val="center"/>
          </w:tcPr>
          <w:p w14:paraId="5B2922D6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N</w:t>
            </w:r>
            <w:r>
              <w:rPr>
                <w:b/>
                <w:color w:val="FFFFFF"/>
              </w:rPr>
              <w:t>ộ</w:t>
            </w:r>
            <w:r>
              <w:rPr>
                <w:b/>
                <w:color w:val="FFFFFF"/>
              </w:rPr>
              <w:t>i dung</w:t>
            </w:r>
          </w:p>
        </w:tc>
        <w:tc>
          <w:tcPr>
            <w:tcW w:w="7488" w:type="dxa"/>
            <w:shd w:val="clear" w:color="auto" w:fill="1F4E79"/>
            <w:vAlign w:val="center"/>
          </w:tcPr>
          <w:p w14:paraId="542A5BFC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M</w:t>
            </w:r>
            <w:r>
              <w:rPr>
                <w:b/>
                <w:color w:val="FFFFFF"/>
              </w:rPr>
              <w:t>ụ</w:t>
            </w:r>
            <w:r>
              <w:rPr>
                <w:b/>
                <w:color w:val="FFFFFF"/>
              </w:rPr>
              <w:t>c tiêu</w:t>
            </w:r>
          </w:p>
        </w:tc>
      </w:tr>
      <w:tr w:rsidR="0068736D" w14:paraId="0BD19BAD" w14:textId="77777777">
        <w:trPr>
          <w:jc w:val="center"/>
        </w:trPr>
        <w:tc>
          <w:tcPr>
            <w:tcW w:w="2880" w:type="dxa"/>
            <w:vAlign w:val="center"/>
          </w:tcPr>
          <w:p w14:paraId="3FCCDD2C" w14:textId="77777777" w:rsidR="0068736D" w:rsidRDefault="00443064">
            <w:pPr>
              <w:spacing w:after="0"/>
            </w:pPr>
            <w:r>
              <w:t>Budget Alert</w:t>
            </w:r>
          </w:p>
        </w:tc>
        <w:tc>
          <w:tcPr>
            <w:tcW w:w="7488" w:type="dxa"/>
            <w:vAlign w:val="center"/>
          </w:tcPr>
          <w:p w14:paraId="314DAC24" w14:textId="77777777" w:rsidR="0068736D" w:rsidRDefault="00443064">
            <w:pPr>
              <w:spacing w:after="0"/>
            </w:pPr>
            <w:r>
              <w:t>T</w:t>
            </w:r>
            <w:r>
              <w:t>ạ</w:t>
            </w:r>
            <w:r>
              <w:t>o ngân sách chi phí và c</w:t>
            </w:r>
            <w:r>
              <w:t>ả</w:t>
            </w:r>
            <w:r>
              <w:t>nh báo qua email khi chi phí vư</w:t>
            </w:r>
            <w:r>
              <w:t>ợ</w:t>
            </w:r>
            <w:r>
              <w:t>t ngư</w:t>
            </w:r>
            <w:r>
              <w:t>ỡ</w:t>
            </w:r>
            <w:r>
              <w:t>ng.</w:t>
            </w:r>
          </w:p>
        </w:tc>
      </w:tr>
      <w:tr w:rsidR="0068736D" w14:paraId="1FAFD5A4" w14:textId="77777777">
        <w:trPr>
          <w:jc w:val="center"/>
        </w:trPr>
        <w:tc>
          <w:tcPr>
            <w:tcW w:w="2880" w:type="dxa"/>
            <w:vAlign w:val="center"/>
          </w:tcPr>
          <w:p w14:paraId="034DF0FA" w14:textId="77777777" w:rsidR="0068736D" w:rsidRDefault="00443064">
            <w:pPr>
              <w:spacing w:after="0"/>
            </w:pPr>
            <w:r>
              <w:t>RBAC</w:t>
            </w:r>
          </w:p>
        </w:tc>
        <w:tc>
          <w:tcPr>
            <w:tcW w:w="7488" w:type="dxa"/>
            <w:vAlign w:val="center"/>
          </w:tcPr>
          <w:p w14:paraId="602251FA" w14:textId="77777777" w:rsidR="0068736D" w:rsidRDefault="00443064">
            <w:pPr>
              <w:spacing w:after="0"/>
            </w:pPr>
            <w:r>
              <w:t>Gán quy</w:t>
            </w:r>
            <w:r>
              <w:t>ề</w:t>
            </w:r>
            <w:r>
              <w:t xml:space="preserve">n Reader cho user </w:t>
            </w:r>
            <w:r>
              <w:t>ở</w:t>
            </w:r>
            <w:r>
              <w:t xml:space="preserve"> ph</w:t>
            </w:r>
            <w:r>
              <w:t>ạ</w:t>
            </w:r>
            <w:r>
              <w:t>m vi Resource Group.</w:t>
            </w:r>
          </w:p>
        </w:tc>
      </w:tr>
      <w:tr w:rsidR="0068736D" w14:paraId="5CE83538" w14:textId="77777777">
        <w:trPr>
          <w:jc w:val="center"/>
        </w:trPr>
        <w:tc>
          <w:tcPr>
            <w:tcW w:w="2880" w:type="dxa"/>
            <w:vAlign w:val="center"/>
          </w:tcPr>
          <w:p w14:paraId="37A3BBB0" w14:textId="77777777" w:rsidR="0068736D" w:rsidRDefault="00443064">
            <w:pPr>
              <w:spacing w:after="0"/>
            </w:pPr>
            <w:r>
              <w:t>Resource Lock</w:t>
            </w:r>
          </w:p>
        </w:tc>
        <w:tc>
          <w:tcPr>
            <w:tcW w:w="7488" w:type="dxa"/>
            <w:vAlign w:val="center"/>
          </w:tcPr>
          <w:p w14:paraId="1F6410E0" w14:textId="77777777" w:rsidR="0068736D" w:rsidRDefault="00443064">
            <w:pPr>
              <w:spacing w:after="0"/>
            </w:pPr>
            <w:r>
              <w:t>T</w:t>
            </w:r>
            <w:r>
              <w:t>ạ</w:t>
            </w:r>
            <w:r>
              <w:t>o lock đ</w:t>
            </w:r>
            <w:r>
              <w:t>ể</w:t>
            </w:r>
            <w:r>
              <w:t xml:space="preserve"> ch</w:t>
            </w:r>
            <w:r>
              <w:t>ặ</w:t>
            </w:r>
            <w:r>
              <w:t>n xóa nh</w:t>
            </w:r>
            <w:r>
              <w:t>ầ</w:t>
            </w:r>
            <w:r>
              <w:t>m Resource Group ho</w:t>
            </w:r>
            <w:r>
              <w:t>ặ</w:t>
            </w:r>
            <w:r>
              <w:t>c tài nguyên quan tr</w:t>
            </w:r>
            <w:r>
              <w:t>ọ</w:t>
            </w:r>
            <w:r>
              <w:t>ng.</w:t>
            </w:r>
          </w:p>
        </w:tc>
      </w:tr>
      <w:tr w:rsidR="0068736D" w14:paraId="6F754B73" w14:textId="77777777">
        <w:trPr>
          <w:jc w:val="center"/>
        </w:trPr>
        <w:tc>
          <w:tcPr>
            <w:tcW w:w="2880" w:type="dxa"/>
            <w:vAlign w:val="center"/>
          </w:tcPr>
          <w:p w14:paraId="534E88FF" w14:textId="77777777" w:rsidR="0068736D" w:rsidRDefault="00443064">
            <w:pPr>
              <w:spacing w:after="0"/>
            </w:pPr>
            <w:r>
              <w:t>Cost Analysis</w:t>
            </w:r>
          </w:p>
        </w:tc>
        <w:tc>
          <w:tcPr>
            <w:tcW w:w="7488" w:type="dxa"/>
            <w:vAlign w:val="center"/>
          </w:tcPr>
          <w:p w14:paraId="06EA8ECF" w14:textId="77777777" w:rsidR="0068736D" w:rsidRDefault="00443064">
            <w:pPr>
              <w:spacing w:after="0"/>
            </w:pPr>
            <w:r>
              <w:t>Xem, l</w:t>
            </w:r>
            <w:r>
              <w:t>ọ</w:t>
            </w:r>
            <w:r>
              <w:t>c và phân tích chi phí Azure theo th</w:t>
            </w:r>
            <w:r>
              <w:t>ờ</w:t>
            </w:r>
            <w:r>
              <w:t>i gian, service, resource group ho</w:t>
            </w:r>
            <w:r>
              <w:t>ặ</w:t>
            </w:r>
            <w:r>
              <w:t>c resource.</w:t>
            </w:r>
          </w:p>
        </w:tc>
      </w:tr>
    </w:tbl>
    <w:p w14:paraId="01DC7A16" w14:textId="77777777" w:rsidR="0068736D" w:rsidRDefault="0068736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0"/>
      </w:tblGrid>
      <w:tr w:rsidR="0068736D" w14:paraId="0FB75423" w14:textId="77777777">
        <w:tc>
          <w:tcPr>
            <w:tcW w:w="10080" w:type="dxa"/>
            <w:shd w:val="clear" w:color="auto" w:fill="EAF2F8"/>
          </w:tcPr>
          <w:p w14:paraId="0244427D" w14:textId="77777777" w:rsidR="0068736D" w:rsidRDefault="00443064">
            <w:r>
              <w:rPr>
                <w:b/>
                <w:color w:val="1F4E79"/>
              </w:rPr>
              <w:t>Gi</w:t>
            </w:r>
            <w:r>
              <w:rPr>
                <w:b/>
                <w:color w:val="1F4E79"/>
              </w:rPr>
              <w:t>ả</w:t>
            </w:r>
            <w:r>
              <w:rPr>
                <w:b/>
                <w:color w:val="1F4E79"/>
              </w:rPr>
              <w:t xml:space="preserve">i thích nhanh: </w:t>
            </w:r>
            <w:r>
              <w:t>Azure RBAC dùng đ</w:t>
            </w:r>
            <w:r>
              <w:t>ể</w:t>
            </w:r>
            <w:r>
              <w:t xml:space="preserve"> c</w:t>
            </w:r>
            <w:r>
              <w:t>ấ</w:t>
            </w:r>
            <w:r>
              <w:t>p quy</w:t>
            </w:r>
            <w:r>
              <w:t>ề</w:t>
            </w:r>
            <w:r>
              <w:t>n cho user, group, service principal ho</w:t>
            </w:r>
            <w:r>
              <w:t>ặ</w:t>
            </w:r>
            <w:r>
              <w:t>c managed identity t</w:t>
            </w:r>
            <w:r>
              <w:t>ạ</w:t>
            </w:r>
            <w:r>
              <w:t>i m</w:t>
            </w:r>
            <w:r>
              <w:t>ộ</w:t>
            </w:r>
            <w:r>
              <w:t>t ph</w:t>
            </w:r>
            <w:r>
              <w:t>ạ</w:t>
            </w:r>
            <w:r>
              <w:t>m vi c</w:t>
            </w:r>
            <w:r>
              <w:t>ụ</w:t>
            </w:r>
            <w:r>
              <w:t xml:space="preserve"> th</w:t>
            </w:r>
            <w:r>
              <w:t>ể</w:t>
            </w:r>
            <w:r>
              <w:t xml:space="preserve"> như subscription, resource group ho</w:t>
            </w:r>
            <w:r>
              <w:t>ặ</w:t>
            </w:r>
            <w:r>
              <w:t>c resource.</w:t>
            </w:r>
          </w:p>
        </w:tc>
      </w:tr>
    </w:tbl>
    <w:p w14:paraId="072378F6" w14:textId="77777777" w:rsidR="0068736D" w:rsidRDefault="0068736D"/>
    <w:p w14:paraId="76E434B3" w14:textId="77777777" w:rsidR="0068736D" w:rsidRDefault="00443064">
      <w:pPr>
        <w:pStyle w:val="Heading1"/>
      </w:pPr>
      <w:r>
        <w:rPr>
          <w:rFonts w:ascii="Arial" w:eastAsia="Arial" w:hAnsi="Arial"/>
        </w:rPr>
        <w:t>2. Chu</w:t>
      </w:r>
      <w:r>
        <w:rPr>
          <w:rFonts w:ascii="Arial" w:eastAsia="Arial" w:hAnsi="Arial"/>
        </w:rPr>
        <w:t>ẩ</w:t>
      </w:r>
      <w:r>
        <w:rPr>
          <w:rFonts w:ascii="Arial" w:eastAsia="Arial" w:hAnsi="Arial"/>
        </w:rPr>
        <w:t>n b</w:t>
      </w:r>
      <w:r>
        <w:rPr>
          <w:rFonts w:ascii="Arial" w:eastAsia="Arial" w:hAnsi="Arial"/>
        </w:rPr>
        <w:t>ị</w:t>
      </w:r>
      <w:r>
        <w:rPr>
          <w:rFonts w:ascii="Arial" w:eastAsia="Arial" w:hAnsi="Arial"/>
        </w:rPr>
        <w:t xml:space="preserve"> trư</w:t>
      </w:r>
      <w:r>
        <w:rPr>
          <w:rFonts w:ascii="Arial" w:eastAsia="Arial" w:hAnsi="Arial"/>
        </w:rPr>
        <w:t>ớ</w:t>
      </w:r>
      <w:r>
        <w:rPr>
          <w:rFonts w:ascii="Arial" w:eastAsia="Arial" w:hAnsi="Arial"/>
        </w:rPr>
        <w:t>c khi làm lab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05"/>
        <w:gridCol w:w="7291"/>
      </w:tblGrid>
      <w:tr w:rsidR="0068736D" w14:paraId="5C8463AE" w14:textId="77777777">
        <w:trPr>
          <w:jc w:val="center"/>
        </w:trPr>
        <w:tc>
          <w:tcPr>
            <w:tcW w:w="3024" w:type="dxa"/>
            <w:shd w:val="clear" w:color="auto" w:fill="1F4E79"/>
            <w:vAlign w:val="center"/>
          </w:tcPr>
          <w:p w14:paraId="2BC69BAD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Yêu c</w:t>
            </w:r>
            <w:r>
              <w:rPr>
                <w:b/>
                <w:color w:val="FFFFFF"/>
              </w:rPr>
              <w:t>ầ</w:t>
            </w:r>
            <w:r>
              <w:rPr>
                <w:b/>
                <w:color w:val="FFFFFF"/>
              </w:rPr>
              <w:t>u</w:t>
            </w:r>
          </w:p>
        </w:tc>
        <w:tc>
          <w:tcPr>
            <w:tcW w:w="7344" w:type="dxa"/>
            <w:shd w:val="clear" w:color="auto" w:fill="1F4E79"/>
            <w:vAlign w:val="center"/>
          </w:tcPr>
          <w:p w14:paraId="7D4F0BCB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Ghi chú</w:t>
            </w:r>
          </w:p>
        </w:tc>
      </w:tr>
      <w:tr w:rsidR="0068736D" w14:paraId="3F3C9A76" w14:textId="77777777">
        <w:trPr>
          <w:jc w:val="center"/>
        </w:trPr>
        <w:tc>
          <w:tcPr>
            <w:tcW w:w="3024" w:type="dxa"/>
            <w:vAlign w:val="center"/>
          </w:tcPr>
          <w:p w14:paraId="5DF0EAA4" w14:textId="77777777" w:rsidR="0068736D" w:rsidRDefault="00443064">
            <w:pPr>
              <w:spacing w:after="0"/>
            </w:pPr>
            <w:r>
              <w:t>Azure Subscription</w:t>
            </w:r>
          </w:p>
        </w:tc>
        <w:tc>
          <w:tcPr>
            <w:tcW w:w="7344" w:type="dxa"/>
            <w:vAlign w:val="center"/>
          </w:tcPr>
          <w:p w14:paraId="7E668D03" w14:textId="77777777" w:rsidR="0068736D" w:rsidRDefault="00443064">
            <w:pPr>
              <w:spacing w:after="0"/>
            </w:pPr>
            <w:r>
              <w:t>Có quy</w:t>
            </w:r>
            <w:r>
              <w:t>ề</w:t>
            </w:r>
            <w:r>
              <w:t>n Owner, Contributor ho</w:t>
            </w:r>
            <w:r>
              <w:t>ặ</w:t>
            </w:r>
            <w:r>
              <w:t>c quy</w:t>
            </w:r>
            <w:r>
              <w:t>ề</w:t>
            </w:r>
            <w:r>
              <w:t>n phù h</w:t>
            </w:r>
            <w:r>
              <w:t>ợ</w:t>
            </w:r>
            <w:r>
              <w:t>p đ</w:t>
            </w:r>
            <w:r>
              <w:t>ể</w:t>
            </w:r>
            <w:r>
              <w:t xml:space="preserve"> t</w:t>
            </w:r>
            <w:r>
              <w:t>ạ</w:t>
            </w:r>
            <w:r>
              <w:t>o budget và xem Cost Management.</w:t>
            </w:r>
          </w:p>
        </w:tc>
      </w:tr>
      <w:tr w:rsidR="0068736D" w14:paraId="5C1C0AB2" w14:textId="77777777">
        <w:trPr>
          <w:jc w:val="center"/>
        </w:trPr>
        <w:tc>
          <w:tcPr>
            <w:tcW w:w="3024" w:type="dxa"/>
            <w:vAlign w:val="center"/>
          </w:tcPr>
          <w:p w14:paraId="12FE69C7" w14:textId="77777777" w:rsidR="0068736D" w:rsidRDefault="00443064">
            <w:pPr>
              <w:spacing w:after="0"/>
            </w:pPr>
            <w:r>
              <w:t>Quy</w:t>
            </w:r>
            <w:r>
              <w:t>ề</w:t>
            </w:r>
            <w:r>
              <w:t>n gán RBAC</w:t>
            </w:r>
          </w:p>
        </w:tc>
        <w:tc>
          <w:tcPr>
            <w:tcW w:w="7344" w:type="dxa"/>
            <w:vAlign w:val="center"/>
          </w:tcPr>
          <w:p w14:paraId="452CA0A7" w14:textId="77777777" w:rsidR="0068736D" w:rsidRDefault="00443064">
            <w:pPr>
              <w:spacing w:after="0"/>
            </w:pPr>
            <w:r>
              <w:t>C</w:t>
            </w:r>
            <w:r>
              <w:t>ầ</w:t>
            </w:r>
            <w:r>
              <w:t>n Owner ho</w:t>
            </w:r>
            <w:r>
              <w:t>ặ</w:t>
            </w:r>
            <w:r>
              <w:t>c User Access Administrator t</w:t>
            </w:r>
            <w:r>
              <w:t>ạ</w:t>
            </w:r>
            <w:r>
              <w:t xml:space="preserve">i scope tương </w:t>
            </w:r>
            <w:r>
              <w:t>ứ</w:t>
            </w:r>
            <w:r>
              <w:t>ng.</w:t>
            </w:r>
          </w:p>
        </w:tc>
      </w:tr>
      <w:tr w:rsidR="0068736D" w14:paraId="46CF69B7" w14:textId="77777777">
        <w:trPr>
          <w:jc w:val="center"/>
        </w:trPr>
        <w:tc>
          <w:tcPr>
            <w:tcW w:w="3024" w:type="dxa"/>
            <w:vAlign w:val="center"/>
          </w:tcPr>
          <w:p w14:paraId="3AD33B50" w14:textId="77777777" w:rsidR="0068736D" w:rsidRDefault="00443064">
            <w:pPr>
              <w:spacing w:after="0"/>
            </w:pPr>
            <w:r>
              <w:t>Microsoft Entra user</w:t>
            </w:r>
          </w:p>
        </w:tc>
        <w:tc>
          <w:tcPr>
            <w:tcW w:w="7344" w:type="dxa"/>
            <w:vAlign w:val="center"/>
          </w:tcPr>
          <w:p w14:paraId="54972E13" w14:textId="77777777" w:rsidR="0068736D" w:rsidRDefault="00443064">
            <w:pPr>
              <w:spacing w:after="0"/>
            </w:pPr>
            <w:r>
              <w:t>Ví d</w:t>
            </w:r>
            <w:r>
              <w:t>ụ</w:t>
            </w:r>
            <w:r>
              <w:t>: dev.user@yourdomain.com. Thay b</w:t>
            </w:r>
            <w:r>
              <w:t>ằ</w:t>
            </w:r>
            <w:r>
              <w:t>ng user th</w:t>
            </w:r>
            <w:r>
              <w:t>ậ</w:t>
            </w:r>
            <w:r>
              <w:t>t trong tenant c</w:t>
            </w:r>
            <w:r>
              <w:t>ủ</w:t>
            </w:r>
            <w:r>
              <w:t>a b</w:t>
            </w:r>
            <w:r>
              <w:t>ạ</w:t>
            </w:r>
            <w:r>
              <w:t>n.</w:t>
            </w:r>
          </w:p>
        </w:tc>
      </w:tr>
      <w:tr w:rsidR="0068736D" w14:paraId="2988C9F3" w14:textId="77777777">
        <w:trPr>
          <w:jc w:val="center"/>
        </w:trPr>
        <w:tc>
          <w:tcPr>
            <w:tcW w:w="3024" w:type="dxa"/>
            <w:vAlign w:val="center"/>
          </w:tcPr>
          <w:p w14:paraId="1E177104" w14:textId="77777777" w:rsidR="0068736D" w:rsidRDefault="00443064">
            <w:pPr>
              <w:spacing w:after="0"/>
            </w:pPr>
            <w:r>
              <w:t>Email nh</w:t>
            </w:r>
            <w:r>
              <w:t>ậ</w:t>
            </w:r>
            <w:r>
              <w:t>n alert</w:t>
            </w:r>
          </w:p>
        </w:tc>
        <w:tc>
          <w:tcPr>
            <w:tcW w:w="7344" w:type="dxa"/>
            <w:vAlign w:val="center"/>
          </w:tcPr>
          <w:p w14:paraId="045770A3" w14:textId="77777777" w:rsidR="0068736D" w:rsidRDefault="00443064">
            <w:pPr>
              <w:spacing w:after="0"/>
            </w:pPr>
            <w:r>
              <w:t>Ví d</w:t>
            </w:r>
            <w:r>
              <w:t>ụ</w:t>
            </w:r>
            <w:r>
              <w:t>: andromeda.ttk@gmail.com ho</w:t>
            </w:r>
            <w:r>
              <w:t>ặ</w:t>
            </w:r>
            <w:r>
              <w:t>c email nh</w:t>
            </w:r>
            <w:r>
              <w:t>ậ</w:t>
            </w:r>
            <w:r>
              <w:t>n c</w:t>
            </w:r>
            <w:r>
              <w:t>ả</w:t>
            </w:r>
            <w:r>
              <w:t>nh báo th</w:t>
            </w:r>
            <w:r>
              <w:t>ự</w:t>
            </w:r>
            <w:r>
              <w:t>c t</w:t>
            </w:r>
            <w:r>
              <w:t>ế</w:t>
            </w:r>
            <w:r>
              <w:t>.</w:t>
            </w:r>
          </w:p>
        </w:tc>
      </w:tr>
      <w:tr w:rsidR="0068736D" w14:paraId="2DF264E2" w14:textId="77777777">
        <w:trPr>
          <w:jc w:val="center"/>
        </w:trPr>
        <w:tc>
          <w:tcPr>
            <w:tcW w:w="3024" w:type="dxa"/>
            <w:vAlign w:val="center"/>
          </w:tcPr>
          <w:p w14:paraId="7FB8339C" w14:textId="77777777" w:rsidR="0068736D" w:rsidRDefault="00443064">
            <w:pPr>
              <w:spacing w:after="0"/>
            </w:pPr>
            <w:r>
              <w:t>Azure Portal</w:t>
            </w:r>
          </w:p>
        </w:tc>
        <w:tc>
          <w:tcPr>
            <w:tcW w:w="7344" w:type="dxa"/>
            <w:vAlign w:val="center"/>
          </w:tcPr>
          <w:p w14:paraId="58A0DAB0" w14:textId="77777777" w:rsidR="0068736D" w:rsidRDefault="00443064">
            <w:pPr>
              <w:spacing w:after="0"/>
            </w:pPr>
            <w:r>
              <w:t>Đăng nh</w:t>
            </w:r>
            <w:r>
              <w:t>ậ</w:t>
            </w:r>
            <w:r>
              <w:t>p t</w:t>
            </w:r>
            <w:r>
              <w:t>ạ</w:t>
            </w:r>
            <w:r>
              <w:t>i https://portal.azure.com.</w:t>
            </w:r>
          </w:p>
        </w:tc>
      </w:tr>
    </w:tbl>
    <w:p w14:paraId="47150EDD" w14:textId="77777777" w:rsidR="0068736D" w:rsidRDefault="0068736D"/>
    <w:p w14:paraId="0DE8092F" w14:textId="77777777" w:rsidR="0068736D" w:rsidRDefault="00443064">
      <w:pPr>
        <w:pStyle w:val="Heading1"/>
      </w:pPr>
      <w:r>
        <w:rPr>
          <w:rFonts w:ascii="Arial" w:eastAsia="Arial" w:hAnsi="Arial"/>
        </w:rPr>
        <w:t>3. Lab 06-A - T</w:t>
      </w:r>
      <w:r>
        <w:rPr>
          <w:rFonts w:ascii="Arial" w:eastAsia="Arial" w:hAnsi="Arial"/>
        </w:rPr>
        <w:t>ạ</w:t>
      </w:r>
      <w:r>
        <w:rPr>
          <w:rFonts w:ascii="Arial" w:eastAsia="Arial" w:hAnsi="Arial"/>
        </w:rPr>
        <w:t>o Resource Group và Budget Alert</w:t>
      </w:r>
    </w:p>
    <w:p w14:paraId="19B4FBD6" w14:textId="77777777" w:rsidR="0068736D" w:rsidRDefault="00443064">
      <w:pPr>
        <w:pStyle w:val="Heading2"/>
      </w:pPr>
      <w:r>
        <w:rPr>
          <w:rFonts w:ascii="Arial" w:eastAsia="Arial" w:hAnsi="Arial"/>
        </w:rPr>
        <w:t>3.1. Bư</w:t>
      </w:r>
      <w:r>
        <w:rPr>
          <w:rFonts w:ascii="Arial" w:eastAsia="Arial" w:hAnsi="Arial"/>
        </w:rPr>
        <w:t>ớ</w:t>
      </w:r>
      <w:r>
        <w:rPr>
          <w:rFonts w:ascii="Arial" w:eastAsia="Arial" w:hAnsi="Arial"/>
        </w:rPr>
        <w:t>c 1 - T</w:t>
      </w:r>
      <w:r>
        <w:rPr>
          <w:rFonts w:ascii="Arial" w:eastAsia="Arial" w:hAnsi="Arial"/>
        </w:rPr>
        <w:t>ạ</w:t>
      </w:r>
      <w:r>
        <w:rPr>
          <w:rFonts w:ascii="Arial" w:eastAsia="Arial" w:hAnsi="Arial"/>
        </w:rPr>
        <w:t>o Resource Group</w:t>
      </w:r>
    </w:p>
    <w:p w14:paraId="4F2DF737" w14:textId="77777777" w:rsidR="0068736D" w:rsidRDefault="00443064">
      <w:pPr>
        <w:pStyle w:val="ListNumber"/>
      </w:pPr>
      <w:r>
        <w:t>Đăng nh</w:t>
      </w:r>
      <w:r>
        <w:t>ậ</w:t>
      </w:r>
      <w:r>
        <w:t>p Azure Portal.</w:t>
      </w:r>
    </w:p>
    <w:p w14:paraId="3171D4D8" w14:textId="77777777" w:rsidR="0068736D" w:rsidRDefault="00443064">
      <w:pPr>
        <w:pStyle w:val="ListNumber"/>
      </w:pPr>
      <w:r>
        <w:lastRenderedPageBreak/>
        <w:t>Trên thanh tìm ki</w:t>
      </w:r>
      <w:r>
        <w:t>ế</w:t>
      </w:r>
      <w:r>
        <w:t>m, nh</w:t>
      </w:r>
      <w:r>
        <w:t>ậ</w:t>
      </w:r>
      <w:r>
        <w:t>p Resource groups.</w:t>
      </w:r>
    </w:p>
    <w:p w14:paraId="76FF3077" w14:textId="77777777" w:rsidR="0068736D" w:rsidRDefault="00443064">
      <w:pPr>
        <w:pStyle w:val="ListNumber"/>
      </w:pPr>
      <w:r>
        <w:t>Ch</w:t>
      </w:r>
      <w:r>
        <w:t>ọ</w:t>
      </w:r>
      <w:r>
        <w:t>n Resource groups.</w:t>
      </w:r>
    </w:p>
    <w:p w14:paraId="36F348CE" w14:textId="77777777" w:rsidR="0068736D" w:rsidRDefault="00443064">
      <w:pPr>
        <w:pStyle w:val="ListNumber"/>
      </w:pPr>
      <w:r>
        <w:t>Ch</w:t>
      </w:r>
      <w:r>
        <w:t>ọ</w:t>
      </w:r>
      <w:r>
        <w:t>n Create.</w:t>
      </w:r>
    </w:p>
    <w:p w14:paraId="2E3CDF2E" w14:textId="77777777" w:rsidR="0068736D" w:rsidRDefault="00443064">
      <w:pPr>
        <w:pStyle w:val="ListNumber"/>
      </w:pPr>
      <w:r>
        <w:t>Nh</w:t>
      </w:r>
      <w:r>
        <w:t>ậ</w:t>
      </w:r>
      <w:r>
        <w:t>p thông tin theo b</w:t>
      </w:r>
      <w:r>
        <w:t>ả</w:t>
      </w:r>
      <w:r>
        <w:t>ng bên dư</w:t>
      </w:r>
      <w:r>
        <w:t>ớ</w:t>
      </w:r>
      <w:r>
        <w:t>i.</w:t>
      </w:r>
    </w:p>
    <w:p w14:paraId="704AA11A" w14:textId="77777777" w:rsidR="0068736D" w:rsidRDefault="00443064">
      <w:pPr>
        <w:pStyle w:val="ListNumber"/>
      </w:pPr>
      <w:r>
        <w:t>Ch</w:t>
      </w:r>
      <w:r>
        <w:t>ọ</w:t>
      </w:r>
      <w:r>
        <w:t>n Review + create.</w:t>
      </w:r>
    </w:p>
    <w:p w14:paraId="7A1367E4" w14:textId="77777777" w:rsidR="0068736D" w:rsidRDefault="00443064">
      <w:pPr>
        <w:pStyle w:val="ListNumber"/>
      </w:pPr>
      <w:r>
        <w:t>Ch</w:t>
      </w:r>
      <w:r>
        <w:t>ọ</w:t>
      </w:r>
      <w:r>
        <w:t>n Create.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51"/>
        <w:gridCol w:w="7145"/>
      </w:tblGrid>
      <w:tr w:rsidR="0068736D" w14:paraId="499910CC" w14:textId="77777777">
        <w:trPr>
          <w:jc w:val="center"/>
        </w:trPr>
        <w:tc>
          <w:tcPr>
            <w:tcW w:w="3168" w:type="dxa"/>
            <w:shd w:val="clear" w:color="auto" w:fill="1F4E79"/>
            <w:vAlign w:val="center"/>
          </w:tcPr>
          <w:p w14:paraId="558582FF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Trư</w:t>
            </w:r>
            <w:r>
              <w:rPr>
                <w:b/>
                <w:color w:val="FFFFFF"/>
              </w:rPr>
              <w:t>ờ</w:t>
            </w:r>
            <w:r>
              <w:rPr>
                <w:b/>
                <w:color w:val="FFFFFF"/>
              </w:rPr>
              <w:t>ng</w:t>
            </w:r>
          </w:p>
        </w:tc>
        <w:tc>
          <w:tcPr>
            <w:tcW w:w="7200" w:type="dxa"/>
            <w:shd w:val="clear" w:color="auto" w:fill="1F4E79"/>
            <w:vAlign w:val="center"/>
          </w:tcPr>
          <w:p w14:paraId="7DFF6380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Giá tr</w:t>
            </w:r>
            <w:r>
              <w:rPr>
                <w:b/>
                <w:color w:val="FFFFFF"/>
              </w:rPr>
              <w:t>ị</w:t>
            </w:r>
          </w:p>
        </w:tc>
      </w:tr>
      <w:tr w:rsidR="0068736D" w14:paraId="56D02F8B" w14:textId="77777777">
        <w:trPr>
          <w:jc w:val="center"/>
        </w:trPr>
        <w:tc>
          <w:tcPr>
            <w:tcW w:w="3168" w:type="dxa"/>
            <w:vAlign w:val="center"/>
          </w:tcPr>
          <w:p w14:paraId="10264026" w14:textId="77777777" w:rsidR="0068736D" w:rsidRDefault="00443064">
            <w:pPr>
              <w:spacing w:after="0"/>
            </w:pPr>
            <w:r>
              <w:t>Subscription</w:t>
            </w:r>
          </w:p>
        </w:tc>
        <w:tc>
          <w:tcPr>
            <w:tcW w:w="7200" w:type="dxa"/>
            <w:vAlign w:val="center"/>
          </w:tcPr>
          <w:p w14:paraId="2677A3B5" w14:textId="77777777" w:rsidR="0068736D" w:rsidRDefault="00443064">
            <w:pPr>
              <w:spacing w:after="0"/>
            </w:pPr>
            <w:r>
              <w:t>Ch</w:t>
            </w:r>
            <w:r>
              <w:t>ọ</w:t>
            </w:r>
            <w:r>
              <w:t>n subscription đang h</w:t>
            </w:r>
            <w:r>
              <w:t>ọ</w:t>
            </w:r>
            <w:r>
              <w:t>c</w:t>
            </w:r>
          </w:p>
        </w:tc>
      </w:tr>
      <w:tr w:rsidR="0068736D" w14:paraId="2D508BBB" w14:textId="77777777">
        <w:trPr>
          <w:jc w:val="center"/>
        </w:trPr>
        <w:tc>
          <w:tcPr>
            <w:tcW w:w="3168" w:type="dxa"/>
            <w:vAlign w:val="center"/>
          </w:tcPr>
          <w:p w14:paraId="0BBCCAB4" w14:textId="77777777" w:rsidR="0068736D" w:rsidRDefault="00443064">
            <w:pPr>
              <w:spacing w:after="0"/>
            </w:pPr>
            <w:r>
              <w:t>Resource group</w:t>
            </w:r>
          </w:p>
        </w:tc>
        <w:tc>
          <w:tcPr>
            <w:tcW w:w="7200" w:type="dxa"/>
            <w:vAlign w:val="center"/>
          </w:tcPr>
          <w:p w14:paraId="64B921BF" w14:textId="77777777" w:rsidR="0068736D" w:rsidRDefault="00443064">
            <w:pPr>
              <w:spacing w:after="0"/>
            </w:pPr>
            <w:r>
              <w:t>rg-az900-lab06</w:t>
            </w:r>
          </w:p>
        </w:tc>
      </w:tr>
      <w:tr w:rsidR="0068736D" w14:paraId="7178C4ED" w14:textId="77777777">
        <w:trPr>
          <w:jc w:val="center"/>
        </w:trPr>
        <w:tc>
          <w:tcPr>
            <w:tcW w:w="3168" w:type="dxa"/>
            <w:vAlign w:val="center"/>
          </w:tcPr>
          <w:p w14:paraId="060D5BA1" w14:textId="77777777" w:rsidR="0068736D" w:rsidRDefault="00443064">
            <w:pPr>
              <w:spacing w:after="0"/>
            </w:pPr>
            <w:r>
              <w:t>Region</w:t>
            </w:r>
          </w:p>
        </w:tc>
        <w:tc>
          <w:tcPr>
            <w:tcW w:w="7200" w:type="dxa"/>
            <w:vAlign w:val="center"/>
          </w:tcPr>
          <w:p w14:paraId="4980E908" w14:textId="77777777" w:rsidR="0068736D" w:rsidRDefault="00443064">
            <w:pPr>
              <w:spacing w:after="0"/>
            </w:pPr>
            <w:r>
              <w:t>Southeast Asia</w:t>
            </w:r>
          </w:p>
        </w:tc>
      </w:tr>
    </w:tbl>
    <w:p w14:paraId="41279CF4" w14:textId="77777777" w:rsidR="0068736D" w:rsidRDefault="0068736D"/>
    <w:p w14:paraId="27BD0300" w14:textId="77777777" w:rsidR="0068736D" w:rsidRDefault="00443064">
      <w:pPr>
        <w:pStyle w:val="CodeBlock"/>
      </w:pPr>
      <w:r>
        <w:t>K</w:t>
      </w:r>
      <w:r>
        <w:t>ế</w:t>
      </w:r>
      <w:r>
        <w:t>t qu</w:t>
      </w:r>
      <w:r>
        <w:t>ả</w:t>
      </w:r>
      <w:r>
        <w:t xml:space="preserve"> c</w:t>
      </w:r>
      <w:r>
        <w:t>ầ</w:t>
      </w:r>
      <w:r>
        <w:t>n đ</w:t>
      </w:r>
      <w:r>
        <w:t>ạ</w:t>
      </w:r>
      <w:r>
        <w:t>t: Resource Group rg-az900-lab06 đư</w:t>
      </w:r>
      <w:r>
        <w:t>ợ</w:t>
      </w:r>
      <w:r>
        <w:t>c t</w:t>
      </w:r>
      <w:r>
        <w:t>ạ</w:t>
      </w:r>
      <w:r>
        <w:t>o t</w:t>
      </w:r>
      <w:r>
        <w:t>ạ</w:t>
      </w:r>
      <w:r>
        <w:t>i Southeast Asia.</w:t>
      </w:r>
    </w:p>
    <w:p w14:paraId="4D1538F8" w14:textId="5A718291" w:rsidR="009717F3" w:rsidRDefault="009717F3" w:rsidP="009717F3">
      <w:pPr>
        <w:pStyle w:val="CodeBlock"/>
        <w:ind w:hanging="288"/>
        <w:jc w:val="center"/>
      </w:pPr>
      <w:r>
        <w:rPr>
          <w:noProof/>
        </w:rPr>
        <w:drawing>
          <wp:inline distT="0" distB="0" distL="0" distR="0" wp14:anchorId="4FAAEBF6" wp14:editId="1400D367">
            <wp:extent cx="6400800" cy="2741930"/>
            <wp:effectExtent l="76200" t="76200" r="133350" b="134620"/>
            <wp:docPr id="10168690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86909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4193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928DFFC" w14:textId="77777777" w:rsidR="0068736D" w:rsidRDefault="00443064">
      <w:pPr>
        <w:pStyle w:val="Heading2"/>
      </w:pPr>
      <w:r>
        <w:rPr>
          <w:rFonts w:ascii="Arial" w:eastAsia="Arial" w:hAnsi="Arial"/>
        </w:rPr>
        <w:t>3.2. Bư</w:t>
      </w:r>
      <w:r>
        <w:rPr>
          <w:rFonts w:ascii="Arial" w:eastAsia="Arial" w:hAnsi="Arial"/>
        </w:rPr>
        <w:t>ớ</w:t>
      </w:r>
      <w:r>
        <w:rPr>
          <w:rFonts w:ascii="Arial" w:eastAsia="Arial" w:hAnsi="Arial"/>
        </w:rPr>
        <w:t>c 2 - M</w:t>
      </w:r>
      <w:r>
        <w:rPr>
          <w:rFonts w:ascii="Arial" w:eastAsia="Arial" w:hAnsi="Arial"/>
        </w:rPr>
        <w:t>ở</w:t>
      </w:r>
      <w:r>
        <w:rPr>
          <w:rFonts w:ascii="Arial" w:eastAsia="Arial" w:hAnsi="Arial"/>
        </w:rPr>
        <w:t xml:space="preserve"> Cost Management đ</w:t>
      </w:r>
      <w:r>
        <w:rPr>
          <w:rFonts w:ascii="Arial" w:eastAsia="Arial" w:hAnsi="Arial"/>
        </w:rPr>
        <w:t>ể</w:t>
      </w:r>
      <w:r>
        <w:rPr>
          <w:rFonts w:ascii="Arial" w:eastAsia="Arial" w:hAnsi="Arial"/>
        </w:rPr>
        <w:t xml:space="preserve"> t</w:t>
      </w:r>
      <w:r>
        <w:rPr>
          <w:rFonts w:ascii="Arial" w:eastAsia="Arial" w:hAnsi="Arial"/>
        </w:rPr>
        <w:t>ạ</w:t>
      </w:r>
      <w:r>
        <w:rPr>
          <w:rFonts w:ascii="Arial" w:eastAsia="Arial" w:hAnsi="Arial"/>
        </w:rPr>
        <w:t>o Budget</w:t>
      </w:r>
    </w:p>
    <w:p w14:paraId="502576E0" w14:textId="77777777" w:rsidR="0068736D" w:rsidRDefault="00443064">
      <w:r>
        <w:t>Có 2 cách t</w:t>
      </w:r>
      <w:r>
        <w:t>ạ</w:t>
      </w:r>
      <w:r>
        <w:t>o Budget tùy m</w:t>
      </w:r>
      <w:r>
        <w:t>ụ</w:t>
      </w:r>
      <w:r>
        <w:t>c tiêu qu</w:t>
      </w:r>
      <w:r>
        <w:t>ả</w:t>
      </w:r>
      <w:r>
        <w:t>n lý chi phí.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77"/>
        <w:gridCol w:w="3717"/>
        <w:gridCol w:w="4002"/>
      </w:tblGrid>
      <w:tr w:rsidR="0068736D" w14:paraId="6062023F" w14:textId="77777777">
        <w:trPr>
          <w:jc w:val="center"/>
        </w:trPr>
        <w:tc>
          <w:tcPr>
            <w:tcW w:w="2592" w:type="dxa"/>
            <w:shd w:val="clear" w:color="auto" w:fill="1F4E79"/>
            <w:vAlign w:val="center"/>
          </w:tcPr>
          <w:p w14:paraId="484E4F48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Cách</w:t>
            </w:r>
          </w:p>
        </w:tc>
        <w:tc>
          <w:tcPr>
            <w:tcW w:w="3744" w:type="dxa"/>
            <w:shd w:val="clear" w:color="auto" w:fill="1F4E79"/>
            <w:vAlign w:val="center"/>
          </w:tcPr>
          <w:p w14:paraId="7F446A2C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Khi nào dùng</w:t>
            </w:r>
          </w:p>
        </w:tc>
        <w:tc>
          <w:tcPr>
            <w:tcW w:w="4032" w:type="dxa"/>
            <w:shd w:val="clear" w:color="auto" w:fill="1F4E79"/>
            <w:vAlign w:val="center"/>
          </w:tcPr>
          <w:p w14:paraId="7EAA2533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Đư</w:t>
            </w:r>
            <w:r>
              <w:rPr>
                <w:b/>
                <w:color w:val="FFFFFF"/>
              </w:rPr>
              <w:t>ờ</w:t>
            </w:r>
            <w:r>
              <w:rPr>
                <w:b/>
                <w:color w:val="FFFFFF"/>
              </w:rPr>
              <w:t>ng d</w:t>
            </w:r>
            <w:r>
              <w:rPr>
                <w:b/>
                <w:color w:val="FFFFFF"/>
              </w:rPr>
              <w:t>ẫ</w:t>
            </w:r>
            <w:r>
              <w:rPr>
                <w:b/>
                <w:color w:val="FFFFFF"/>
              </w:rPr>
              <w:t>n thao tác</w:t>
            </w:r>
          </w:p>
        </w:tc>
      </w:tr>
      <w:tr w:rsidR="0068736D" w14:paraId="2BF7DDA2" w14:textId="77777777">
        <w:trPr>
          <w:jc w:val="center"/>
        </w:trPr>
        <w:tc>
          <w:tcPr>
            <w:tcW w:w="2592" w:type="dxa"/>
            <w:vAlign w:val="center"/>
          </w:tcPr>
          <w:p w14:paraId="2AFD1A4F" w14:textId="77777777" w:rsidR="0068736D" w:rsidRDefault="00443064">
            <w:pPr>
              <w:spacing w:after="0"/>
            </w:pPr>
            <w:r>
              <w:t>Subscription scope</w:t>
            </w:r>
          </w:p>
        </w:tc>
        <w:tc>
          <w:tcPr>
            <w:tcW w:w="3744" w:type="dxa"/>
            <w:vAlign w:val="center"/>
          </w:tcPr>
          <w:p w14:paraId="4AE6FFFF" w14:textId="77777777" w:rsidR="0068736D" w:rsidRDefault="00443064">
            <w:pPr>
              <w:spacing w:after="0"/>
            </w:pPr>
            <w:r>
              <w:t>Theo dõi toàn b</w:t>
            </w:r>
            <w:r>
              <w:t>ộ</w:t>
            </w:r>
            <w:r>
              <w:t xml:space="preserve"> chi phí c</w:t>
            </w:r>
            <w:r>
              <w:t>ủ</w:t>
            </w:r>
            <w:r>
              <w:t>a subscription.</w:t>
            </w:r>
          </w:p>
        </w:tc>
        <w:tc>
          <w:tcPr>
            <w:tcW w:w="4032" w:type="dxa"/>
            <w:vAlign w:val="center"/>
          </w:tcPr>
          <w:p w14:paraId="1AF7B56D" w14:textId="77777777" w:rsidR="0068736D" w:rsidRDefault="00443064">
            <w:pPr>
              <w:spacing w:after="0"/>
            </w:pPr>
            <w:r>
              <w:t>Cost Management + Billing &gt; Cost Management &gt; Budgets</w:t>
            </w:r>
          </w:p>
        </w:tc>
      </w:tr>
      <w:tr w:rsidR="0068736D" w14:paraId="0DC98085" w14:textId="77777777">
        <w:trPr>
          <w:jc w:val="center"/>
        </w:trPr>
        <w:tc>
          <w:tcPr>
            <w:tcW w:w="2592" w:type="dxa"/>
            <w:vAlign w:val="center"/>
          </w:tcPr>
          <w:p w14:paraId="5EFE4AD2" w14:textId="77777777" w:rsidR="0068736D" w:rsidRDefault="00443064">
            <w:pPr>
              <w:spacing w:after="0"/>
            </w:pPr>
            <w:r>
              <w:t>Resource Group scope</w:t>
            </w:r>
          </w:p>
        </w:tc>
        <w:tc>
          <w:tcPr>
            <w:tcW w:w="3744" w:type="dxa"/>
            <w:vAlign w:val="center"/>
          </w:tcPr>
          <w:p w14:paraId="5C893241" w14:textId="77777777" w:rsidR="0068736D" w:rsidRDefault="00443064">
            <w:pPr>
              <w:spacing w:after="0"/>
            </w:pPr>
            <w:r>
              <w:t>Theo dõi riêng chi phí c</w:t>
            </w:r>
            <w:r>
              <w:t>ủ</w:t>
            </w:r>
            <w:r>
              <w:t>a lab rg-az900-lab06.</w:t>
            </w:r>
          </w:p>
        </w:tc>
        <w:tc>
          <w:tcPr>
            <w:tcW w:w="4032" w:type="dxa"/>
            <w:vAlign w:val="center"/>
          </w:tcPr>
          <w:p w14:paraId="1659CAE5" w14:textId="77777777" w:rsidR="0068736D" w:rsidRDefault="00443064">
            <w:pPr>
              <w:spacing w:after="0"/>
            </w:pPr>
            <w:r>
              <w:t>Resource groups &gt; rg-az900-lab06 &gt; Cost Management &gt; Budgets</w:t>
            </w:r>
          </w:p>
        </w:tc>
      </w:tr>
    </w:tbl>
    <w:p w14:paraId="0654332E" w14:textId="77777777" w:rsidR="0068736D" w:rsidRDefault="0068736D"/>
    <w:p w14:paraId="673C1C6A" w14:textId="77777777" w:rsidR="0068736D" w:rsidRDefault="00443064">
      <w:pPr>
        <w:pStyle w:val="ListNumber"/>
      </w:pPr>
      <w:r>
        <w:t>Search Cost Management + Billing trên Azure Portal.</w:t>
      </w:r>
    </w:p>
    <w:p w14:paraId="081AEAE6" w14:textId="77777777" w:rsidR="0068736D" w:rsidRDefault="00443064">
      <w:pPr>
        <w:pStyle w:val="ListNumber"/>
      </w:pPr>
      <w:r>
        <w:t>Ch</w:t>
      </w:r>
      <w:r>
        <w:t>ọ</w:t>
      </w:r>
      <w:r>
        <w:t>n Cost Management.</w:t>
      </w:r>
    </w:p>
    <w:p w14:paraId="0BB22B9C" w14:textId="77777777" w:rsidR="0068736D" w:rsidRDefault="00443064">
      <w:pPr>
        <w:pStyle w:val="ListNumber"/>
      </w:pPr>
      <w:r>
        <w:t>Ch</w:t>
      </w:r>
      <w:r>
        <w:t>ọ</w:t>
      </w:r>
      <w:r>
        <w:t>n Budgets.</w:t>
      </w:r>
    </w:p>
    <w:p w14:paraId="4D3FC009" w14:textId="77777777" w:rsidR="0068736D" w:rsidRDefault="00443064">
      <w:pPr>
        <w:pStyle w:val="ListNumber"/>
      </w:pPr>
      <w:r>
        <w:t>Ki</w:t>
      </w:r>
      <w:r>
        <w:t>ể</w:t>
      </w:r>
      <w:r>
        <w:t>m tra Scope đang là subscription ho</w:t>
      </w:r>
      <w:r>
        <w:t>ặ</w:t>
      </w:r>
      <w:r>
        <w:t>c resource group mong mu</w:t>
      </w:r>
      <w:r>
        <w:t>ố</w:t>
      </w:r>
      <w:r>
        <w:t>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0"/>
      </w:tblGrid>
      <w:tr w:rsidR="0068736D" w14:paraId="02C468E8" w14:textId="77777777">
        <w:tc>
          <w:tcPr>
            <w:tcW w:w="10080" w:type="dxa"/>
            <w:shd w:val="clear" w:color="auto" w:fill="EAF2F8"/>
          </w:tcPr>
          <w:p w14:paraId="21B6F43C" w14:textId="77777777" w:rsidR="0068736D" w:rsidRDefault="00443064">
            <w:r>
              <w:rPr>
                <w:b/>
                <w:color w:val="1F4E79"/>
              </w:rPr>
              <w:t>Khuy</w:t>
            </w:r>
            <w:r>
              <w:rPr>
                <w:b/>
                <w:color w:val="1F4E79"/>
              </w:rPr>
              <w:t>ế</w:t>
            </w:r>
            <w:r>
              <w:rPr>
                <w:b/>
                <w:color w:val="1F4E79"/>
              </w:rPr>
              <w:t>n ngh</w:t>
            </w:r>
            <w:r>
              <w:rPr>
                <w:b/>
                <w:color w:val="1F4E79"/>
              </w:rPr>
              <w:t>ị</w:t>
            </w:r>
            <w:r>
              <w:rPr>
                <w:b/>
                <w:color w:val="1F4E79"/>
              </w:rPr>
              <w:t xml:space="preserve"> cho lab: </w:t>
            </w:r>
            <w:r>
              <w:t>N</w:t>
            </w:r>
            <w:r>
              <w:t>ế</w:t>
            </w:r>
            <w:r>
              <w:t>u mu</w:t>
            </w:r>
            <w:r>
              <w:t>ố</w:t>
            </w:r>
            <w:r>
              <w:t>n h</w:t>
            </w:r>
            <w:r>
              <w:t>ọ</w:t>
            </w:r>
            <w:r>
              <w:t>c viên th</w:t>
            </w:r>
            <w:r>
              <w:t>ấ</w:t>
            </w:r>
            <w:r>
              <w:t>y rõ chi phí riêng c</w:t>
            </w:r>
            <w:r>
              <w:t>ủ</w:t>
            </w:r>
            <w:r>
              <w:t>a lab, nên t</w:t>
            </w:r>
            <w:r>
              <w:t>ạ</w:t>
            </w:r>
            <w:r>
              <w:t xml:space="preserve">o Budget </w:t>
            </w:r>
            <w:r>
              <w:t>ở</w:t>
            </w:r>
            <w:r>
              <w:t xml:space="preserve"> scope Resource Group rg-az900-lab06. N</w:t>
            </w:r>
            <w:r>
              <w:t>ế</w:t>
            </w:r>
            <w:r>
              <w:t>u mu</w:t>
            </w:r>
            <w:r>
              <w:t>ố</w:t>
            </w:r>
            <w:r>
              <w:t>n qu</w:t>
            </w:r>
            <w:r>
              <w:t>ả</w:t>
            </w:r>
            <w:r>
              <w:t>n lý t</w:t>
            </w:r>
            <w:r>
              <w:t>ổ</w:t>
            </w:r>
            <w:r>
              <w:t>ng chi phí h</w:t>
            </w:r>
            <w:r>
              <w:t>ọ</w:t>
            </w:r>
            <w:r>
              <w:t>c Azure, nên t</w:t>
            </w:r>
            <w:r>
              <w:t>ạ</w:t>
            </w:r>
            <w:r>
              <w:t xml:space="preserve">o Budget </w:t>
            </w:r>
            <w:r>
              <w:t>ở</w:t>
            </w:r>
            <w:r>
              <w:t xml:space="preserve"> scope Subscription.</w:t>
            </w:r>
          </w:p>
        </w:tc>
      </w:tr>
    </w:tbl>
    <w:p w14:paraId="43F94E38" w14:textId="77777777" w:rsidR="0068736D" w:rsidRDefault="0068736D"/>
    <w:p w14:paraId="0EFC7BAB" w14:textId="1D26D2F5" w:rsidR="00777E93" w:rsidRDefault="00777E93">
      <w:r>
        <w:rPr>
          <w:noProof/>
        </w:rPr>
        <w:lastRenderedPageBreak/>
        <w:drawing>
          <wp:inline distT="0" distB="0" distL="0" distR="0" wp14:anchorId="7577D346" wp14:editId="1A1710FD">
            <wp:extent cx="6400800" cy="3481705"/>
            <wp:effectExtent l="76200" t="76200" r="133350" b="137795"/>
            <wp:docPr id="5345735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57357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8170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E3A8E31" w14:textId="77777777" w:rsidR="0068736D" w:rsidRDefault="00443064">
      <w:pPr>
        <w:pStyle w:val="Heading2"/>
      </w:pPr>
      <w:r>
        <w:rPr>
          <w:rFonts w:ascii="Arial" w:eastAsia="Arial" w:hAnsi="Arial"/>
        </w:rPr>
        <w:t>3.3. Bư</w:t>
      </w:r>
      <w:r>
        <w:rPr>
          <w:rFonts w:ascii="Arial" w:eastAsia="Arial" w:hAnsi="Arial"/>
        </w:rPr>
        <w:t>ớ</w:t>
      </w:r>
      <w:r>
        <w:rPr>
          <w:rFonts w:ascii="Arial" w:eastAsia="Arial" w:hAnsi="Arial"/>
        </w:rPr>
        <w:t>c 3 - T</w:t>
      </w:r>
      <w:r>
        <w:rPr>
          <w:rFonts w:ascii="Arial" w:eastAsia="Arial" w:hAnsi="Arial"/>
        </w:rPr>
        <w:t>ạ</w:t>
      </w:r>
      <w:r>
        <w:rPr>
          <w:rFonts w:ascii="Arial" w:eastAsia="Arial" w:hAnsi="Arial"/>
        </w:rPr>
        <w:t>o Budget</w:t>
      </w:r>
    </w:p>
    <w:p w14:paraId="376DC219" w14:textId="77777777" w:rsidR="0068736D" w:rsidRDefault="00443064">
      <w:pPr>
        <w:pStyle w:val="ListNumber"/>
      </w:pPr>
      <w:r>
        <w:t>Trong màn hình Budgets, ch</w:t>
      </w:r>
      <w:r>
        <w:t>ọ</w:t>
      </w:r>
      <w:r>
        <w:t>n + Add ho</w:t>
      </w:r>
      <w:r>
        <w:t>ặ</w:t>
      </w:r>
      <w:r>
        <w:t>c Create budget.</w:t>
      </w:r>
    </w:p>
    <w:p w14:paraId="08BBF9D3" w14:textId="77777777" w:rsidR="0068736D" w:rsidRDefault="00443064">
      <w:pPr>
        <w:pStyle w:val="ListNumber"/>
      </w:pPr>
      <w:r>
        <w:t>Nh</w:t>
      </w:r>
      <w:r>
        <w:t>ậ</w:t>
      </w:r>
      <w:r>
        <w:t>p thông tin budget theo b</w:t>
      </w:r>
      <w:r>
        <w:t>ả</w:t>
      </w:r>
      <w:r>
        <w:t>ng.</w:t>
      </w:r>
    </w:p>
    <w:p w14:paraId="2E6BC4BB" w14:textId="77777777" w:rsidR="0068736D" w:rsidRDefault="00443064">
      <w:pPr>
        <w:pStyle w:val="ListNumber"/>
      </w:pPr>
      <w:r>
        <w:t>Ki</w:t>
      </w:r>
      <w:r>
        <w:t>ể</w:t>
      </w:r>
      <w:r>
        <w:t>m tra đơn v</w:t>
      </w:r>
      <w:r>
        <w:t>ị</w:t>
      </w:r>
      <w:r>
        <w:t xml:space="preserve"> ti</w:t>
      </w:r>
      <w:r>
        <w:t>ề</w:t>
      </w:r>
      <w:r>
        <w:t>n t</w:t>
      </w:r>
      <w:r>
        <w:t>ệ</w:t>
      </w:r>
      <w:r>
        <w:t xml:space="preserve"> hi</w:t>
      </w:r>
      <w:r>
        <w:t>ể</w:t>
      </w:r>
      <w:r>
        <w:t>n th</w:t>
      </w:r>
      <w:r>
        <w:t>ị</w:t>
      </w:r>
      <w:r>
        <w:t xml:space="preserve"> theo billing account/subscription c</w:t>
      </w:r>
      <w:r>
        <w:t>ủ</w:t>
      </w:r>
      <w:r>
        <w:t>a b</w:t>
      </w:r>
      <w:r>
        <w:t>ạ</w:t>
      </w:r>
      <w:r>
        <w:t>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36"/>
        <w:gridCol w:w="6860"/>
      </w:tblGrid>
      <w:tr w:rsidR="0068736D" w14:paraId="3482E0D5" w14:textId="77777777" w:rsidTr="00B237EE">
        <w:trPr>
          <w:jc w:val="center"/>
        </w:trPr>
        <w:tc>
          <w:tcPr>
            <w:tcW w:w="3436" w:type="dxa"/>
            <w:shd w:val="clear" w:color="auto" w:fill="1F4E79"/>
            <w:vAlign w:val="center"/>
          </w:tcPr>
          <w:p w14:paraId="776712CC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Trư</w:t>
            </w:r>
            <w:r>
              <w:rPr>
                <w:b/>
                <w:color w:val="FFFFFF"/>
              </w:rPr>
              <w:t>ờ</w:t>
            </w:r>
            <w:r>
              <w:rPr>
                <w:b/>
                <w:color w:val="FFFFFF"/>
              </w:rPr>
              <w:t>ng</w:t>
            </w:r>
          </w:p>
        </w:tc>
        <w:tc>
          <w:tcPr>
            <w:tcW w:w="6860" w:type="dxa"/>
            <w:shd w:val="clear" w:color="auto" w:fill="1F4E79"/>
            <w:vAlign w:val="center"/>
          </w:tcPr>
          <w:p w14:paraId="48490648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Giá tr</w:t>
            </w:r>
            <w:r>
              <w:rPr>
                <w:b/>
                <w:color w:val="FFFFFF"/>
              </w:rPr>
              <w:t>ị</w:t>
            </w:r>
          </w:p>
        </w:tc>
      </w:tr>
      <w:tr w:rsidR="0068736D" w14:paraId="26FD95BB" w14:textId="77777777" w:rsidTr="00B237EE">
        <w:trPr>
          <w:jc w:val="center"/>
        </w:trPr>
        <w:tc>
          <w:tcPr>
            <w:tcW w:w="3436" w:type="dxa"/>
            <w:vAlign w:val="center"/>
          </w:tcPr>
          <w:p w14:paraId="1BF81BB4" w14:textId="77777777" w:rsidR="0068736D" w:rsidRDefault="00443064">
            <w:pPr>
              <w:spacing w:after="0"/>
            </w:pPr>
            <w:r>
              <w:t>Name</w:t>
            </w:r>
          </w:p>
        </w:tc>
        <w:tc>
          <w:tcPr>
            <w:tcW w:w="6860" w:type="dxa"/>
            <w:vAlign w:val="center"/>
          </w:tcPr>
          <w:p w14:paraId="184B9771" w14:textId="77777777" w:rsidR="0068736D" w:rsidRDefault="00443064">
            <w:pPr>
              <w:spacing w:after="0"/>
            </w:pPr>
            <w:r>
              <w:t>budget-learning-10usd</w:t>
            </w:r>
          </w:p>
        </w:tc>
      </w:tr>
      <w:tr w:rsidR="0068736D" w14:paraId="16C058BC" w14:textId="77777777" w:rsidTr="00B237EE">
        <w:trPr>
          <w:jc w:val="center"/>
        </w:trPr>
        <w:tc>
          <w:tcPr>
            <w:tcW w:w="3436" w:type="dxa"/>
            <w:vAlign w:val="center"/>
          </w:tcPr>
          <w:p w14:paraId="6965EBF1" w14:textId="77777777" w:rsidR="0068736D" w:rsidRDefault="00443064">
            <w:pPr>
              <w:spacing w:after="0"/>
            </w:pPr>
            <w:r>
              <w:t>Reset period</w:t>
            </w:r>
          </w:p>
        </w:tc>
        <w:tc>
          <w:tcPr>
            <w:tcW w:w="6860" w:type="dxa"/>
            <w:vAlign w:val="center"/>
          </w:tcPr>
          <w:p w14:paraId="0619618F" w14:textId="77777777" w:rsidR="0068736D" w:rsidRDefault="00443064">
            <w:pPr>
              <w:spacing w:after="0"/>
            </w:pPr>
            <w:r>
              <w:t>Monthly</w:t>
            </w:r>
          </w:p>
        </w:tc>
      </w:tr>
      <w:tr w:rsidR="0068736D" w14:paraId="06E36C66" w14:textId="77777777" w:rsidTr="00B237EE">
        <w:trPr>
          <w:jc w:val="center"/>
        </w:trPr>
        <w:tc>
          <w:tcPr>
            <w:tcW w:w="3436" w:type="dxa"/>
            <w:vAlign w:val="center"/>
          </w:tcPr>
          <w:p w14:paraId="6C18D719" w14:textId="77777777" w:rsidR="0068736D" w:rsidRDefault="00443064">
            <w:pPr>
              <w:spacing w:after="0"/>
            </w:pPr>
            <w:r>
              <w:t>Creation date / Start date</w:t>
            </w:r>
          </w:p>
        </w:tc>
        <w:tc>
          <w:tcPr>
            <w:tcW w:w="6860" w:type="dxa"/>
            <w:vAlign w:val="center"/>
          </w:tcPr>
          <w:p w14:paraId="1000B9C5" w14:textId="0147D3E3" w:rsidR="0068736D" w:rsidRDefault="00443064">
            <w:pPr>
              <w:spacing w:after="0"/>
            </w:pPr>
            <w:r>
              <w:t>2026-05-</w:t>
            </w:r>
            <w:r w:rsidR="00777E93">
              <w:t>2</w:t>
            </w:r>
            <w:r>
              <w:t>1</w:t>
            </w:r>
            <w:r w:rsidR="00777E93">
              <w:t xml:space="preserve"> (ngày hiện tại bạn làm Lab)</w:t>
            </w:r>
          </w:p>
        </w:tc>
      </w:tr>
      <w:tr w:rsidR="0068736D" w14:paraId="1519155B" w14:textId="77777777" w:rsidTr="00B237EE">
        <w:trPr>
          <w:jc w:val="center"/>
        </w:trPr>
        <w:tc>
          <w:tcPr>
            <w:tcW w:w="3436" w:type="dxa"/>
            <w:vAlign w:val="center"/>
          </w:tcPr>
          <w:p w14:paraId="5DC23083" w14:textId="77777777" w:rsidR="0068736D" w:rsidRDefault="00443064">
            <w:pPr>
              <w:spacing w:after="0"/>
            </w:pPr>
            <w:r>
              <w:t>Expiration date / End date</w:t>
            </w:r>
          </w:p>
        </w:tc>
        <w:tc>
          <w:tcPr>
            <w:tcW w:w="6860" w:type="dxa"/>
            <w:vAlign w:val="center"/>
          </w:tcPr>
          <w:p w14:paraId="7DCBF8EA" w14:textId="77777777" w:rsidR="0068736D" w:rsidRDefault="00443064">
            <w:pPr>
              <w:spacing w:after="0"/>
            </w:pPr>
            <w:r>
              <w:t>2026-12-31</w:t>
            </w:r>
          </w:p>
        </w:tc>
      </w:tr>
      <w:tr w:rsidR="0068736D" w14:paraId="59ED07DA" w14:textId="77777777" w:rsidTr="00B237EE">
        <w:trPr>
          <w:jc w:val="center"/>
        </w:trPr>
        <w:tc>
          <w:tcPr>
            <w:tcW w:w="3436" w:type="dxa"/>
            <w:vAlign w:val="center"/>
          </w:tcPr>
          <w:p w14:paraId="7E5510B5" w14:textId="77777777" w:rsidR="0068736D" w:rsidRDefault="00443064">
            <w:pPr>
              <w:spacing w:after="0"/>
            </w:pPr>
            <w:r>
              <w:t>Budget amount</w:t>
            </w:r>
          </w:p>
        </w:tc>
        <w:tc>
          <w:tcPr>
            <w:tcW w:w="6860" w:type="dxa"/>
            <w:vAlign w:val="center"/>
          </w:tcPr>
          <w:p w14:paraId="206EE8FD" w14:textId="77777777" w:rsidR="0068736D" w:rsidRDefault="00443064">
            <w:pPr>
              <w:spacing w:after="0"/>
            </w:pPr>
            <w:r>
              <w:t>10</w:t>
            </w:r>
          </w:p>
        </w:tc>
      </w:tr>
    </w:tbl>
    <w:p w14:paraId="75531D25" w14:textId="6A758BC0" w:rsidR="0068736D" w:rsidRPr="00B237EE" w:rsidRDefault="00B237EE" w:rsidP="00B237EE">
      <w:pPr>
        <w:jc w:val="center"/>
      </w:pPr>
      <w:r>
        <w:rPr>
          <w:noProof/>
        </w:rPr>
        <w:lastRenderedPageBreak/>
        <w:drawing>
          <wp:inline distT="0" distB="0" distL="0" distR="0" wp14:anchorId="3A7F4434" wp14:editId="5CECC909">
            <wp:extent cx="6200775" cy="8869680"/>
            <wp:effectExtent l="76200" t="76200" r="142875" b="140970"/>
            <wp:docPr id="16244069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40697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886968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0920450" w14:textId="77777777" w:rsidR="0068736D" w:rsidRDefault="00443064">
      <w:pPr>
        <w:pStyle w:val="Heading2"/>
      </w:pPr>
      <w:r>
        <w:rPr>
          <w:rFonts w:ascii="Arial" w:eastAsia="Arial" w:hAnsi="Arial"/>
        </w:rPr>
        <w:lastRenderedPageBreak/>
        <w:t>3.4. Bư</w:t>
      </w:r>
      <w:r>
        <w:rPr>
          <w:rFonts w:ascii="Arial" w:eastAsia="Arial" w:hAnsi="Arial"/>
        </w:rPr>
        <w:t>ớ</w:t>
      </w:r>
      <w:r>
        <w:rPr>
          <w:rFonts w:ascii="Arial" w:eastAsia="Arial" w:hAnsi="Arial"/>
        </w:rPr>
        <w:t>c 4 - C</w:t>
      </w:r>
      <w:r>
        <w:rPr>
          <w:rFonts w:ascii="Arial" w:eastAsia="Arial" w:hAnsi="Arial"/>
        </w:rPr>
        <w:t>ấ</w:t>
      </w:r>
      <w:r>
        <w:rPr>
          <w:rFonts w:ascii="Arial" w:eastAsia="Arial" w:hAnsi="Arial"/>
        </w:rPr>
        <w:t>u hình Budget Alert</w:t>
      </w:r>
    </w:p>
    <w:p w14:paraId="4CBC2BE1" w14:textId="77777777" w:rsidR="0068736D" w:rsidRDefault="00443064">
      <w:r>
        <w:t>Trong ph</w:t>
      </w:r>
      <w:r>
        <w:t>ầ</w:t>
      </w:r>
      <w:r>
        <w:t>n Alert conditions ho</w:t>
      </w:r>
      <w:r>
        <w:t>ặ</w:t>
      </w:r>
      <w:r>
        <w:t>c Set alerts, t</w:t>
      </w:r>
      <w:r>
        <w:t>ạ</w:t>
      </w:r>
      <w:r>
        <w:t>o 2 c</w:t>
      </w:r>
      <w:r>
        <w:t>ả</w:t>
      </w:r>
      <w:r>
        <w:t>nh báo sau: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72"/>
        <w:gridCol w:w="1715"/>
        <w:gridCol w:w="2431"/>
        <w:gridCol w:w="1721"/>
        <w:gridCol w:w="2857"/>
      </w:tblGrid>
      <w:tr w:rsidR="0068736D" w14:paraId="198648DD" w14:textId="77777777">
        <w:trPr>
          <w:jc w:val="center"/>
        </w:trPr>
        <w:tc>
          <w:tcPr>
            <w:tcW w:w="1584" w:type="dxa"/>
            <w:shd w:val="clear" w:color="auto" w:fill="1F4E79"/>
            <w:vAlign w:val="center"/>
          </w:tcPr>
          <w:p w14:paraId="69EC4721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Alert</w:t>
            </w:r>
          </w:p>
        </w:tc>
        <w:tc>
          <w:tcPr>
            <w:tcW w:w="1728" w:type="dxa"/>
            <w:shd w:val="clear" w:color="auto" w:fill="1F4E79"/>
            <w:vAlign w:val="center"/>
          </w:tcPr>
          <w:p w14:paraId="2871A883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Type</w:t>
            </w:r>
          </w:p>
        </w:tc>
        <w:tc>
          <w:tcPr>
            <w:tcW w:w="2448" w:type="dxa"/>
            <w:shd w:val="clear" w:color="auto" w:fill="1F4E79"/>
            <w:vAlign w:val="center"/>
          </w:tcPr>
          <w:p w14:paraId="2B5A762B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Condition</w:t>
            </w:r>
          </w:p>
        </w:tc>
        <w:tc>
          <w:tcPr>
            <w:tcW w:w="1728" w:type="dxa"/>
            <w:shd w:val="clear" w:color="auto" w:fill="1F4E79"/>
            <w:vAlign w:val="center"/>
          </w:tcPr>
          <w:p w14:paraId="48741B86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Threshold</w:t>
            </w:r>
          </w:p>
        </w:tc>
        <w:tc>
          <w:tcPr>
            <w:tcW w:w="2880" w:type="dxa"/>
            <w:shd w:val="clear" w:color="auto" w:fill="1F4E79"/>
            <w:vAlign w:val="center"/>
          </w:tcPr>
          <w:p w14:paraId="2950BD98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Email recipients</w:t>
            </w:r>
          </w:p>
        </w:tc>
      </w:tr>
      <w:tr w:rsidR="0068736D" w14:paraId="029B713E" w14:textId="77777777">
        <w:trPr>
          <w:jc w:val="center"/>
        </w:trPr>
        <w:tc>
          <w:tcPr>
            <w:tcW w:w="1584" w:type="dxa"/>
            <w:vAlign w:val="center"/>
          </w:tcPr>
          <w:p w14:paraId="4FA5F531" w14:textId="77777777" w:rsidR="0068736D" w:rsidRDefault="00443064">
            <w:pPr>
              <w:spacing w:after="0"/>
            </w:pPr>
            <w:r>
              <w:t>Alert 1</w:t>
            </w:r>
          </w:p>
        </w:tc>
        <w:tc>
          <w:tcPr>
            <w:tcW w:w="1728" w:type="dxa"/>
            <w:vAlign w:val="center"/>
          </w:tcPr>
          <w:p w14:paraId="2CBC2767" w14:textId="77777777" w:rsidR="0068736D" w:rsidRDefault="00443064">
            <w:pPr>
              <w:spacing w:after="0"/>
            </w:pPr>
            <w:r>
              <w:t>Actual</w:t>
            </w:r>
          </w:p>
        </w:tc>
        <w:tc>
          <w:tcPr>
            <w:tcW w:w="2448" w:type="dxa"/>
            <w:vAlign w:val="center"/>
          </w:tcPr>
          <w:p w14:paraId="494062A6" w14:textId="77777777" w:rsidR="0068736D" w:rsidRDefault="00443064">
            <w:pPr>
              <w:spacing w:after="0"/>
            </w:pPr>
            <w:r>
              <w:t>Greater than</w:t>
            </w:r>
          </w:p>
        </w:tc>
        <w:tc>
          <w:tcPr>
            <w:tcW w:w="1728" w:type="dxa"/>
            <w:vAlign w:val="center"/>
          </w:tcPr>
          <w:p w14:paraId="4615580A" w14:textId="77777777" w:rsidR="0068736D" w:rsidRDefault="00443064">
            <w:pPr>
              <w:spacing w:after="0"/>
            </w:pPr>
            <w:r>
              <w:t>80%</w:t>
            </w:r>
          </w:p>
        </w:tc>
        <w:tc>
          <w:tcPr>
            <w:tcW w:w="2880" w:type="dxa"/>
            <w:vAlign w:val="center"/>
          </w:tcPr>
          <w:p w14:paraId="3BDF5A64" w14:textId="34EAB1A0" w:rsidR="0068736D" w:rsidRDefault="00B237EE">
            <w:pPr>
              <w:spacing w:after="0"/>
            </w:pPr>
            <w:r>
              <w:t>Email của bạn</w:t>
            </w:r>
          </w:p>
        </w:tc>
      </w:tr>
      <w:tr w:rsidR="0068736D" w14:paraId="23B3C36F" w14:textId="77777777">
        <w:trPr>
          <w:jc w:val="center"/>
        </w:trPr>
        <w:tc>
          <w:tcPr>
            <w:tcW w:w="1584" w:type="dxa"/>
            <w:vAlign w:val="center"/>
          </w:tcPr>
          <w:p w14:paraId="205412DE" w14:textId="77777777" w:rsidR="0068736D" w:rsidRDefault="00443064">
            <w:pPr>
              <w:spacing w:after="0"/>
            </w:pPr>
            <w:r>
              <w:t>Alert 2</w:t>
            </w:r>
          </w:p>
        </w:tc>
        <w:tc>
          <w:tcPr>
            <w:tcW w:w="1728" w:type="dxa"/>
            <w:vAlign w:val="center"/>
          </w:tcPr>
          <w:p w14:paraId="5464A318" w14:textId="77777777" w:rsidR="0068736D" w:rsidRDefault="00443064">
            <w:pPr>
              <w:spacing w:after="0"/>
            </w:pPr>
            <w:r>
              <w:t>Actual</w:t>
            </w:r>
          </w:p>
        </w:tc>
        <w:tc>
          <w:tcPr>
            <w:tcW w:w="2448" w:type="dxa"/>
            <w:vAlign w:val="center"/>
          </w:tcPr>
          <w:p w14:paraId="33D1B566" w14:textId="77777777" w:rsidR="0068736D" w:rsidRDefault="00443064">
            <w:pPr>
              <w:spacing w:after="0"/>
            </w:pPr>
            <w:r>
              <w:t>Greater than</w:t>
            </w:r>
          </w:p>
        </w:tc>
        <w:tc>
          <w:tcPr>
            <w:tcW w:w="1728" w:type="dxa"/>
            <w:vAlign w:val="center"/>
          </w:tcPr>
          <w:p w14:paraId="0F28D031" w14:textId="77777777" w:rsidR="0068736D" w:rsidRDefault="00443064">
            <w:pPr>
              <w:spacing w:after="0"/>
            </w:pPr>
            <w:r>
              <w:t>100%</w:t>
            </w:r>
          </w:p>
        </w:tc>
        <w:tc>
          <w:tcPr>
            <w:tcW w:w="2880" w:type="dxa"/>
            <w:vAlign w:val="center"/>
          </w:tcPr>
          <w:p w14:paraId="2BC79BE1" w14:textId="4F85E7DF" w:rsidR="0068736D" w:rsidRDefault="00B237EE">
            <w:pPr>
              <w:spacing w:after="0"/>
            </w:pPr>
            <w:r>
              <w:t>Emai của bạn</w:t>
            </w:r>
          </w:p>
        </w:tc>
      </w:tr>
    </w:tbl>
    <w:p w14:paraId="425D31BF" w14:textId="77777777" w:rsidR="0068736D" w:rsidRDefault="0068736D"/>
    <w:p w14:paraId="0C4A3D9D" w14:textId="77777777" w:rsidR="0068736D" w:rsidRDefault="00443064">
      <w:pPr>
        <w:pStyle w:val="ListNumber"/>
      </w:pPr>
      <w:r>
        <w:t>Ki</w:t>
      </w:r>
      <w:r>
        <w:t>ể</w:t>
      </w:r>
      <w:r>
        <w:t>m tra l</w:t>
      </w:r>
      <w:r>
        <w:t>ạ</w:t>
      </w:r>
      <w:r>
        <w:t>i Name, Amount, Period và Email recipients.</w:t>
      </w:r>
    </w:p>
    <w:p w14:paraId="172A5F9E" w14:textId="77777777" w:rsidR="0068736D" w:rsidRDefault="00443064">
      <w:pPr>
        <w:pStyle w:val="ListNumber"/>
      </w:pPr>
      <w:r>
        <w:t>Ch</w:t>
      </w:r>
      <w:r>
        <w:t>ọ</w:t>
      </w:r>
      <w:r>
        <w:t>n Create.</w:t>
      </w:r>
    </w:p>
    <w:p w14:paraId="4FA2F0FC" w14:textId="77777777" w:rsidR="0068736D" w:rsidRDefault="00443064">
      <w:pPr>
        <w:pStyle w:val="ListNumber"/>
      </w:pPr>
      <w:r>
        <w:t>Sau khi t</w:t>
      </w:r>
      <w:r>
        <w:t>ạ</w:t>
      </w:r>
      <w:r>
        <w:t>o xong, ki</w:t>
      </w:r>
      <w:r>
        <w:t>ể</w:t>
      </w:r>
      <w:r>
        <w:t>m tra Budget xu</w:t>
      </w:r>
      <w:r>
        <w:t>ấ</w:t>
      </w:r>
      <w:r>
        <w:t>t hi</w:t>
      </w:r>
      <w:r>
        <w:t>ệ</w:t>
      </w:r>
      <w:r>
        <w:t>n trong danh sách Budgets.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45"/>
        <w:gridCol w:w="7151"/>
      </w:tblGrid>
      <w:tr w:rsidR="0068736D" w14:paraId="392D8276" w14:textId="77777777" w:rsidTr="00B237EE">
        <w:trPr>
          <w:jc w:val="center"/>
        </w:trPr>
        <w:tc>
          <w:tcPr>
            <w:tcW w:w="3145" w:type="dxa"/>
            <w:shd w:val="clear" w:color="auto" w:fill="1F4E79"/>
            <w:vAlign w:val="center"/>
          </w:tcPr>
          <w:p w14:paraId="3903E36A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Thành ph</w:t>
            </w:r>
            <w:r>
              <w:rPr>
                <w:b/>
                <w:color w:val="FFFFFF"/>
              </w:rPr>
              <w:t>ầ</w:t>
            </w:r>
            <w:r>
              <w:rPr>
                <w:b/>
                <w:color w:val="FFFFFF"/>
              </w:rPr>
              <w:t>n</w:t>
            </w:r>
          </w:p>
        </w:tc>
        <w:tc>
          <w:tcPr>
            <w:tcW w:w="7151" w:type="dxa"/>
            <w:shd w:val="clear" w:color="auto" w:fill="1F4E79"/>
            <w:vAlign w:val="center"/>
          </w:tcPr>
          <w:p w14:paraId="65383A9D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Giá tr</w:t>
            </w:r>
            <w:r>
              <w:rPr>
                <w:b/>
                <w:color w:val="FFFFFF"/>
              </w:rPr>
              <w:t>ị</w:t>
            </w:r>
            <w:r>
              <w:rPr>
                <w:b/>
                <w:color w:val="FFFFFF"/>
              </w:rPr>
              <w:t xml:space="preserve"> c</w:t>
            </w:r>
            <w:r>
              <w:rPr>
                <w:b/>
                <w:color w:val="FFFFFF"/>
              </w:rPr>
              <w:t>ầ</w:t>
            </w:r>
            <w:r>
              <w:rPr>
                <w:b/>
                <w:color w:val="FFFFFF"/>
              </w:rPr>
              <w:t>n đ</w:t>
            </w:r>
            <w:r>
              <w:rPr>
                <w:b/>
                <w:color w:val="FFFFFF"/>
              </w:rPr>
              <w:t>ạ</w:t>
            </w:r>
            <w:r>
              <w:rPr>
                <w:b/>
                <w:color w:val="FFFFFF"/>
              </w:rPr>
              <w:t>t</w:t>
            </w:r>
          </w:p>
        </w:tc>
      </w:tr>
      <w:tr w:rsidR="0068736D" w14:paraId="5270A426" w14:textId="77777777" w:rsidTr="00B237EE">
        <w:trPr>
          <w:jc w:val="center"/>
        </w:trPr>
        <w:tc>
          <w:tcPr>
            <w:tcW w:w="3145" w:type="dxa"/>
            <w:vAlign w:val="center"/>
          </w:tcPr>
          <w:p w14:paraId="21F2B226" w14:textId="77777777" w:rsidR="0068736D" w:rsidRDefault="00443064">
            <w:pPr>
              <w:spacing w:after="0"/>
            </w:pPr>
            <w:r>
              <w:t>Budget name</w:t>
            </w:r>
          </w:p>
        </w:tc>
        <w:tc>
          <w:tcPr>
            <w:tcW w:w="7151" w:type="dxa"/>
            <w:vAlign w:val="center"/>
          </w:tcPr>
          <w:p w14:paraId="76A92801" w14:textId="77777777" w:rsidR="0068736D" w:rsidRDefault="00443064">
            <w:pPr>
              <w:spacing w:after="0"/>
            </w:pPr>
            <w:r>
              <w:t>budget-learning-10usd</w:t>
            </w:r>
          </w:p>
        </w:tc>
      </w:tr>
      <w:tr w:rsidR="0068736D" w14:paraId="5DD5603F" w14:textId="77777777" w:rsidTr="00B237EE">
        <w:trPr>
          <w:jc w:val="center"/>
        </w:trPr>
        <w:tc>
          <w:tcPr>
            <w:tcW w:w="3145" w:type="dxa"/>
            <w:vAlign w:val="center"/>
          </w:tcPr>
          <w:p w14:paraId="46563453" w14:textId="77777777" w:rsidR="0068736D" w:rsidRDefault="00443064">
            <w:pPr>
              <w:spacing w:after="0"/>
            </w:pPr>
            <w:r>
              <w:t>Amount</w:t>
            </w:r>
          </w:p>
        </w:tc>
        <w:tc>
          <w:tcPr>
            <w:tcW w:w="7151" w:type="dxa"/>
            <w:vAlign w:val="center"/>
          </w:tcPr>
          <w:p w14:paraId="74222AEB" w14:textId="77777777" w:rsidR="0068736D" w:rsidRDefault="00443064">
            <w:pPr>
              <w:spacing w:after="0"/>
            </w:pPr>
            <w:r>
              <w:t>10</w:t>
            </w:r>
          </w:p>
        </w:tc>
      </w:tr>
      <w:tr w:rsidR="0068736D" w14:paraId="1E00F8D4" w14:textId="77777777" w:rsidTr="00B237EE">
        <w:trPr>
          <w:jc w:val="center"/>
        </w:trPr>
        <w:tc>
          <w:tcPr>
            <w:tcW w:w="3145" w:type="dxa"/>
            <w:vAlign w:val="center"/>
          </w:tcPr>
          <w:p w14:paraId="5DDA39DC" w14:textId="77777777" w:rsidR="0068736D" w:rsidRDefault="00443064">
            <w:pPr>
              <w:spacing w:after="0"/>
            </w:pPr>
            <w:r>
              <w:t>Period</w:t>
            </w:r>
          </w:p>
        </w:tc>
        <w:tc>
          <w:tcPr>
            <w:tcW w:w="7151" w:type="dxa"/>
            <w:vAlign w:val="center"/>
          </w:tcPr>
          <w:p w14:paraId="17EA991F" w14:textId="77777777" w:rsidR="0068736D" w:rsidRDefault="00443064">
            <w:pPr>
              <w:spacing w:after="0"/>
            </w:pPr>
            <w:r>
              <w:t>Monthly</w:t>
            </w:r>
          </w:p>
        </w:tc>
      </w:tr>
      <w:tr w:rsidR="0068736D" w14:paraId="5CD2E64D" w14:textId="77777777" w:rsidTr="00B237EE">
        <w:trPr>
          <w:jc w:val="center"/>
        </w:trPr>
        <w:tc>
          <w:tcPr>
            <w:tcW w:w="3145" w:type="dxa"/>
            <w:vAlign w:val="center"/>
          </w:tcPr>
          <w:p w14:paraId="2656AA32" w14:textId="77777777" w:rsidR="0068736D" w:rsidRDefault="00443064">
            <w:pPr>
              <w:spacing w:after="0"/>
            </w:pPr>
            <w:r>
              <w:t>Alert 1</w:t>
            </w:r>
          </w:p>
        </w:tc>
        <w:tc>
          <w:tcPr>
            <w:tcW w:w="7151" w:type="dxa"/>
            <w:vAlign w:val="center"/>
          </w:tcPr>
          <w:p w14:paraId="65CBF716" w14:textId="77777777" w:rsidR="0068736D" w:rsidRDefault="00443064">
            <w:pPr>
              <w:spacing w:after="0"/>
            </w:pPr>
            <w:r>
              <w:t>Actual &gt; 80%</w:t>
            </w:r>
          </w:p>
        </w:tc>
      </w:tr>
      <w:tr w:rsidR="0068736D" w14:paraId="2243E690" w14:textId="77777777" w:rsidTr="00B237EE">
        <w:trPr>
          <w:jc w:val="center"/>
        </w:trPr>
        <w:tc>
          <w:tcPr>
            <w:tcW w:w="3145" w:type="dxa"/>
            <w:vAlign w:val="center"/>
          </w:tcPr>
          <w:p w14:paraId="21D9F39D" w14:textId="77777777" w:rsidR="0068736D" w:rsidRDefault="00443064">
            <w:pPr>
              <w:spacing w:after="0"/>
            </w:pPr>
            <w:r>
              <w:t>Alert 2</w:t>
            </w:r>
          </w:p>
        </w:tc>
        <w:tc>
          <w:tcPr>
            <w:tcW w:w="7151" w:type="dxa"/>
            <w:vAlign w:val="center"/>
          </w:tcPr>
          <w:p w14:paraId="41638721" w14:textId="77777777" w:rsidR="0068736D" w:rsidRDefault="00443064">
            <w:pPr>
              <w:spacing w:after="0"/>
            </w:pPr>
            <w:r>
              <w:t>Actual &gt; 100%</w:t>
            </w:r>
          </w:p>
        </w:tc>
      </w:tr>
      <w:tr w:rsidR="0068736D" w14:paraId="36ABD853" w14:textId="77777777" w:rsidTr="00B237EE">
        <w:trPr>
          <w:trHeight w:val="494"/>
          <w:jc w:val="center"/>
        </w:trPr>
        <w:tc>
          <w:tcPr>
            <w:tcW w:w="3145" w:type="dxa"/>
            <w:vAlign w:val="center"/>
          </w:tcPr>
          <w:p w14:paraId="21F0F988" w14:textId="77777777" w:rsidR="0068736D" w:rsidRDefault="00443064">
            <w:pPr>
              <w:spacing w:after="0"/>
            </w:pPr>
            <w:r>
              <w:t>Email</w:t>
            </w:r>
          </w:p>
        </w:tc>
        <w:tc>
          <w:tcPr>
            <w:tcW w:w="7151" w:type="dxa"/>
            <w:vAlign w:val="center"/>
          </w:tcPr>
          <w:p w14:paraId="34A19A5E" w14:textId="13C889F0" w:rsidR="0068736D" w:rsidRDefault="00195713">
            <w:pPr>
              <w:spacing w:after="0"/>
            </w:pPr>
            <w:r>
              <w:t>tech@hoatranlab.io.vn</w:t>
            </w:r>
          </w:p>
        </w:tc>
      </w:tr>
    </w:tbl>
    <w:p w14:paraId="7996A943" w14:textId="6D5F0572" w:rsidR="0068736D" w:rsidRDefault="00B237EE">
      <w:r>
        <w:rPr>
          <w:noProof/>
        </w:rPr>
        <w:drawing>
          <wp:inline distT="0" distB="0" distL="0" distR="0" wp14:anchorId="7160D90D" wp14:editId="747C2AFC">
            <wp:extent cx="6267450" cy="5266690"/>
            <wp:effectExtent l="76200" t="76200" r="133350" b="124460"/>
            <wp:docPr id="10508341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83416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73970" cy="527216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3E869A0" w14:textId="77777777" w:rsidR="0068736D" w:rsidRDefault="00443064">
      <w:pPr>
        <w:pStyle w:val="Heading1"/>
      </w:pPr>
      <w:r>
        <w:rPr>
          <w:rFonts w:ascii="Arial" w:eastAsia="Arial" w:hAnsi="Arial"/>
        </w:rPr>
        <w:lastRenderedPageBreak/>
        <w:t>4. Lab 06-B - Gán RBAC Role cho User</w:t>
      </w:r>
    </w:p>
    <w:p w14:paraId="2628E363" w14:textId="77777777" w:rsidR="0068736D" w:rsidRPr="00784340" w:rsidRDefault="00443064">
      <w:pPr>
        <w:rPr>
          <w:color w:val="EE0000"/>
        </w:rPr>
      </w:pPr>
      <w:r w:rsidRPr="00784340">
        <w:rPr>
          <w:color w:val="EE0000"/>
        </w:rPr>
        <w:t>M</w:t>
      </w:r>
      <w:r w:rsidRPr="00784340">
        <w:rPr>
          <w:color w:val="EE0000"/>
        </w:rPr>
        <w:t>ụ</w:t>
      </w:r>
      <w:r w:rsidRPr="00784340">
        <w:rPr>
          <w:color w:val="EE0000"/>
        </w:rPr>
        <w:t>c tiêu: gán quy</w:t>
      </w:r>
      <w:r w:rsidRPr="00784340">
        <w:rPr>
          <w:color w:val="EE0000"/>
        </w:rPr>
        <w:t>ề</w:t>
      </w:r>
      <w:r w:rsidRPr="00784340">
        <w:rPr>
          <w:color w:val="EE0000"/>
        </w:rPr>
        <w:t>n Reader cho user t</w:t>
      </w:r>
      <w:r w:rsidRPr="00784340">
        <w:rPr>
          <w:color w:val="EE0000"/>
        </w:rPr>
        <w:t>ạ</w:t>
      </w:r>
      <w:r w:rsidRPr="00784340">
        <w:rPr>
          <w:color w:val="EE0000"/>
        </w:rPr>
        <w:t>i ph</w:t>
      </w:r>
      <w:r w:rsidRPr="00784340">
        <w:rPr>
          <w:color w:val="EE0000"/>
        </w:rPr>
        <w:t>ạ</w:t>
      </w:r>
      <w:r w:rsidRPr="00784340">
        <w:rPr>
          <w:color w:val="EE0000"/>
        </w:rPr>
        <w:t>m vi Resource Group. User đư</w:t>
      </w:r>
      <w:r w:rsidRPr="00784340">
        <w:rPr>
          <w:color w:val="EE0000"/>
        </w:rPr>
        <w:t>ợ</w:t>
      </w:r>
      <w:r w:rsidRPr="00784340">
        <w:rPr>
          <w:color w:val="EE0000"/>
        </w:rPr>
        <w:t>c gán Reader có th</w:t>
      </w:r>
      <w:r w:rsidRPr="00784340">
        <w:rPr>
          <w:color w:val="EE0000"/>
        </w:rPr>
        <w:t>ể</w:t>
      </w:r>
      <w:r w:rsidRPr="00784340">
        <w:rPr>
          <w:color w:val="EE0000"/>
        </w:rPr>
        <w:t xml:space="preserve"> xem tài nguyên nhưng không ch</w:t>
      </w:r>
      <w:r w:rsidRPr="00784340">
        <w:rPr>
          <w:color w:val="EE0000"/>
        </w:rPr>
        <w:t>ỉ</w:t>
      </w:r>
      <w:r w:rsidRPr="00784340">
        <w:rPr>
          <w:color w:val="EE0000"/>
        </w:rPr>
        <w:t>nh s</w:t>
      </w:r>
      <w:r w:rsidRPr="00784340">
        <w:rPr>
          <w:color w:val="EE0000"/>
        </w:rPr>
        <w:t>ử</w:t>
      </w:r>
      <w:r w:rsidRPr="00784340">
        <w:rPr>
          <w:color w:val="EE0000"/>
        </w:rPr>
        <w:t>a ho</w:t>
      </w:r>
      <w:r w:rsidRPr="00784340">
        <w:rPr>
          <w:color w:val="EE0000"/>
        </w:rPr>
        <w:t>ặ</w:t>
      </w:r>
      <w:r w:rsidRPr="00784340">
        <w:rPr>
          <w:color w:val="EE0000"/>
        </w:rPr>
        <w:t>c xóa tài nguyên.</w:t>
      </w:r>
    </w:p>
    <w:p w14:paraId="09A812A7" w14:textId="77777777" w:rsidR="0068736D" w:rsidRDefault="00443064">
      <w:pPr>
        <w:pStyle w:val="Heading2"/>
      </w:pPr>
      <w:r>
        <w:rPr>
          <w:rFonts w:ascii="Arial" w:eastAsia="Arial" w:hAnsi="Arial"/>
        </w:rPr>
        <w:t>4.1. Bư</w:t>
      </w:r>
      <w:r>
        <w:rPr>
          <w:rFonts w:ascii="Arial" w:eastAsia="Arial" w:hAnsi="Arial"/>
        </w:rPr>
        <w:t>ớ</w:t>
      </w:r>
      <w:r>
        <w:rPr>
          <w:rFonts w:ascii="Arial" w:eastAsia="Arial" w:hAnsi="Arial"/>
        </w:rPr>
        <w:t>c 1 - M</w:t>
      </w:r>
      <w:r>
        <w:rPr>
          <w:rFonts w:ascii="Arial" w:eastAsia="Arial" w:hAnsi="Arial"/>
        </w:rPr>
        <w:t>ở</w:t>
      </w:r>
      <w:r>
        <w:rPr>
          <w:rFonts w:ascii="Arial" w:eastAsia="Arial" w:hAnsi="Arial"/>
        </w:rPr>
        <w:t xml:space="preserve"> Resource Group</w:t>
      </w:r>
    </w:p>
    <w:p w14:paraId="0FE0414D" w14:textId="77777777" w:rsidR="0068736D" w:rsidRDefault="00443064">
      <w:pPr>
        <w:pStyle w:val="ListNumber"/>
      </w:pPr>
      <w:r>
        <w:t>Trên Azure Portal, search Resource groups.</w:t>
      </w:r>
    </w:p>
    <w:p w14:paraId="2935D608" w14:textId="77777777" w:rsidR="0068736D" w:rsidRDefault="00443064">
      <w:pPr>
        <w:pStyle w:val="ListNumber"/>
      </w:pPr>
      <w:r>
        <w:t>M</w:t>
      </w:r>
      <w:r>
        <w:t>ở</w:t>
      </w:r>
      <w:r>
        <w:t xml:space="preserve"> resource group rg-az900-lab06.</w:t>
      </w:r>
    </w:p>
    <w:p w14:paraId="4330F754" w14:textId="6CA826A2" w:rsidR="009717F3" w:rsidRDefault="009717F3" w:rsidP="009717F3">
      <w:pPr>
        <w:pStyle w:val="ListNumber"/>
        <w:numPr>
          <w:ilvl w:val="0"/>
          <w:numId w:val="0"/>
        </w:numPr>
        <w:ind w:left="360"/>
      </w:pPr>
    </w:p>
    <w:p w14:paraId="1160A715" w14:textId="77777777" w:rsidR="0068736D" w:rsidRDefault="00443064">
      <w:pPr>
        <w:pStyle w:val="Heading2"/>
      </w:pPr>
      <w:r>
        <w:rPr>
          <w:rFonts w:ascii="Arial" w:eastAsia="Arial" w:hAnsi="Arial"/>
        </w:rPr>
        <w:t>4.2. Bư</w:t>
      </w:r>
      <w:r>
        <w:rPr>
          <w:rFonts w:ascii="Arial" w:eastAsia="Arial" w:hAnsi="Arial"/>
        </w:rPr>
        <w:t>ớ</w:t>
      </w:r>
      <w:r>
        <w:rPr>
          <w:rFonts w:ascii="Arial" w:eastAsia="Arial" w:hAnsi="Arial"/>
        </w:rPr>
        <w:t>c 2 - Vào Access Control IAM</w:t>
      </w:r>
    </w:p>
    <w:p w14:paraId="43F6909E" w14:textId="77777777" w:rsidR="0068736D" w:rsidRDefault="00443064">
      <w:pPr>
        <w:pStyle w:val="ListNumber"/>
      </w:pPr>
      <w:r>
        <w:t>Trong resource group, menu bên trái ch</w:t>
      </w:r>
      <w:r>
        <w:t>ọ</w:t>
      </w:r>
      <w:r>
        <w:t>n Access control (IAM).</w:t>
      </w:r>
    </w:p>
    <w:p w14:paraId="6516DBE2" w14:textId="77777777" w:rsidR="0068736D" w:rsidRDefault="00443064">
      <w:pPr>
        <w:pStyle w:val="ListNumber"/>
      </w:pPr>
      <w:r>
        <w:t>Ch</w:t>
      </w:r>
      <w:r>
        <w:t>ọ</w:t>
      </w:r>
      <w:r>
        <w:t>n tab Role assignments đ</w:t>
      </w:r>
      <w:r>
        <w:t>ể</w:t>
      </w:r>
      <w:r>
        <w:t xml:space="preserve"> xem quy</w:t>
      </w:r>
      <w:r>
        <w:t>ề</w:t>
      </w:r>
      <w:r>
        <w:t>n hi</w:t>
      </w:r>
      <w:r>
        <w:t>ệ</w:t>
      </w:r>
      <w:r>
        <w:t>n t</w:t>
      </w:r>
      <w:r>
        <w:t>ạ</w:t>
      </w:r>
      <w:r>
        <w:t>i.</w:t>
      </w:r>
    </w:p>
    <w:p w14:paraId="38FE48D1" w14:textId="77777777" w:rsidR="0068736D" w:rsidRDefault="00443064">
      <w:pPr>
        <w:pStyle w:val="ListNumber"/>
      </w:pPr>
      <w:r>
        <w:t>Ch</w:t>
      </w:r>
      <w:r>
        <w:t>ọ</w:t>
      </w:r>
      <w:r>
        <w:t>n + Add.</w:t>
      </w:r>
    </w:p>
    <w:p w14:paraId="0E3C39FE" w14:textId="77777777" w:rsidR="0068736D" w:rsidRDefault="00443064">
      <w:pPr>
        <w:pStyle w:val="ListNumber"/>
      </w:pPr>
      <w:r>
        <w:t>Ch</w:t>
      </w:r>
      <w:r>
        <w:t>ọ</w:t>
      </w:r>
      <w:r>
        <w:t>n Add role assignment.</w:t>
      </w:r>
    </w:p>
    <w:p w14:paraId="4BDCB281" w14:textId="6287524A" w:rsidR="00784340" w:rsidRDefault="00784340" w:rsidP="00E51FBE">
      <w:pPr>
        <w:pStyle w:val="ListNumber"/>
        <w:numPr>
          <w:ilvl w:val="0"/>
          <w:numId w:val="0"/>
        </w:numPr>
        <w:ind w:left="360" w:hanging="270"/>
      </w:pPr>
      <w:r>
        <w:rPr>
          <w:noProof/>
        </w:rPr>
        <w:drawing>
          <wp:inline distT="0" distB="0" distL="0" distR="0" wp14:anchorId="7C6CD6BE" wp14:editId="03B55DD9">
            <wp:extent cx="6486525" cy="4208145"/>
            <wp:effectExtent l="76200" t="76200" r="142875" b="135255"/>
            <wp:docPr id="14824405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44057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91954" cy="421166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789845D" w14:textId="77777777" w:rsidR="0068736D" w:rsidRDefault="00443064">
      <w:pPr>
        <w:pStyle w:val="Heading2"/>
      </w:pPr>
      <w:r>
        <w:rPr>
          <w:rFonts w:ascii="Arial" w:eastAsia="Arial" w:hAnsi="Arial"/>
        </w:rPr>
        <w:t>4.3. Bư</w:t>
      </w:r>
      <w:r>
        <w:rPr>
          <w:rFonts w:ascii="Arial" w:eastAsia="Arial" w:hAnsi="Arial"/>
        </w:rPr>
        <w:t>ớ</w:t>
      </w:r>
      <w:r>
        <w:rPr>
          <w:rFonts w:ascii="Arial" w:eastAsia="Arial" w:hAnsi="Arial"/>
        </w:rPr>
        <w:t>c 3 - Ch</w:t>
      </w:r>
      <w:r>
        <w:rPr>
          <w:rFonts w:ascii="Arial" w:eastAsia="Arial" w:hAnsi="Arial"/>
        </w:rPr>
        <w:t>ọ</w:t>
      </w:r>
      <w:r>
        <w:rPr>
          <w:rFonts w:ascii="Arial" w:eastAsia="Arial" w:hAnsi="Arial"/>
        </w:rPr>
        <w:t>n Role</w:t>
      </w:r>
    </w:p>
    <w:p w14:paraId="31A7BB61" w14:textId="77777777" w:rsidR="0068736D" w:rsidRDefault="00443064">
      <w:pPr>
        <w:pStyle w:val="ListNumber"/>
      </w:pPr>
      <w:r>
        <w:t>Ở</w:t>
      </w:r>
      <w:r>
        <w:t xml:space="preserve"> tab Role, tìm ki</w:t>
      </w:r>
      <w:r>
        <w:t>ế</w:t>
      </w:r>
      <w:r>
        <w:t>m Reader.</w:t>
      </w:r>
    </w:p>
    <w:p w14:paraId="0ACC38AE" w14:textId="77777777" w:rsidR="0068736D" w:rsidRDefault="00443064">
      <w:pPr>
        <w:pStyle w:val="ListNumber"/>
      </w:pPr>
      <w:r>
        <w:t>Ch</w:t>
      </w:r>
      <w:r>
        <w:t>ọ</w:t>
      </w:r>
      <w:r>
        <w:t>n role Reader.</w:t>
      </w:r>
    </w:p>
    <w:p w14:paraId="57A726C7" w14:textId="77777777" w:rsidR="0068736D" w:rsidRDefault="00443064">
      <w:pPr>
        <w:pStyle w:val="ListNumber"/>
      </w:pPr>
      <w:r>
        <w:t>Ch</w:t>
      </w:r>
      <w:r>
        <w:t>ọ</w:t>
      </w:r>
      <w:r>
        <w:t>n Next.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66"/>
        <w:gridCol w:w="7430"/>
      </w:tblGrid>
      <w:tr w:rsidR="0068736D" w14:paraId="0BAC2AF1" w14:textId="77777777" w:rsidTr="00784340">
        <w:trPr>
          <w:jc w:val="center"/>
        </w:trPr>
        <w:tc>
          <w:tcPr>
            <w:tcW w:w="2866" w:type="dxa"/>
            <w:shd w:val="clear" w:color="auto" w:fill="1F4E79"/>
            <w:vAlign w:val="center"/>
          </w:tcPr>
          <w:p w14:paraId="428789A4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Role</w:t>
            </w:r>
          </w:p>
        </w:tc>
        <w:tc>
          <w:tcPr>
            <w:tcW w:w="7430" w:type="dxa"/>
            <w:shd w:val="clear" w:color="auto" w:fill="1F4E79"/>
            <w:vAlign w:val="center"/>
          </w:tcPr>
          <w:p w14:paraId="64B84140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Ý nghĩa</w:t>
            </w:r>
          </w:p>
        </w:tc>
      </w:tr>
      <w:tr w:rsidR="0068736D" w14:paraId="2245181E" w14:textId="77777777" w:rsidTr="00784340">
        <w:trPr>
          <w:jc w:val="center"/>
        </w:trPr>
        <w:tc>
          <w:tcPr>
            <w:tcW w:w="2866" w:type="dxa"/>
            <w:vAlign w:val="center"/>
          </w:tcPr>
          <w:p w14:paraId="66F8083C" w14:textId="77777777" w:rsidR="0068736D" w:rsidRDefault="00443064">
            <w:pPr>
              <w:spacing w:after="0"/>
            </w:pPr>
            <w:r>
              <w:t>Reader</w:t>
            </w:r>
          </w:p>
        </w:tc>
        <w:tc>
          <w:tcPr>
            <w:tcW w:w="7430" w:type="dxa"/>
            <w:vAlign w:val="center"/>
          </w:tcPr>
          <w:p w14:paraId="5460D7D6" w14:textId="77777777" w:rsidR="0068736D" w:rsidRDefault="00443064">
            <w:pPr>
              <w:spacing w:after="0"/>
            </w:pPr>
            <w:r>
              <w:t>Ch</w:t>
            </w:r>
            <w:r>
              <w:t>ỉ</w:t>
            </w:r>
            <w:r>
              <w:t xml:space="preserve"> xem tài nguyên.</w:t>
            </w:r>
          </w:p>
        </w:tc>
      </w:tr>
      <w:tr w:rsidR="0068736D" w14:paraId="5B3B13F5" w14:textId="77777777" w:rsidTr="00784340">
        <w:trPr>
          <w:jc w:val="center"/>
        </w:trPr>
        <w:tc>
          <w:tcPr>
            <w:tcW w:w="2866" w:type="dxa"/>
            <w:vAlign w:val="center"/>
          </w:tcPr>
          <w:p w14:paraId="4FBAF58A" w14:textId="77777777" w:rsidR="0068736D" w:rsidRDefault="00443064">
            <w:pPr>
              <w:spacing w:after="0"/>
            </w:pPr>
            <w:r>
              <w:t>Contributor</w:t>
            </w:r>
          </w:p>
        </w:tc>
        <w:tc>
          <w:tcPr>
            <w:tcW w:w="7430" w:type="dxa"/>
            <w:vAlign w:val="center"/>
          </w:tcPr>
          <w:p w14:paraId="526A8347" w14:textId="77777777" w:rsidR="0068736D" w:rsidRDefault="00443064">
            <w:pPr>
              <w:spacing w:after="0"/>
            </w:pPr>
            <w:r>
              <w:t>T</w:t>
            </w:r>
            <w:r>
              <w:t>ạ</w:t>
            </w:r>
            <w:r>
              <w:t>o, s</w:t>
            </w:r>
            <w:r>
              <w:t>ử</w:t>
            </w:r>
            <w:r>
              <w:t>a, xóa tài nguyên nhưng không c</w:t>
            </w:r>
            <w:r>
              <w:t>ấ</w:t>
            </w:r>
            <w:r>
              <w:t>p quy</w:t>
            </w:r>
            <w:r>
              <w:t>ề</w:t>
            </w:r>
            <w:r>
              <w:t>n RBAC.</w:t>
            </w:r>
          </w:p>
        </w:tc>
      </w:tr>
      <w:tr w:rsidR="0068736D" w14:paraId="424A60F1" w14:textId="77777777" w:rsidTr="00784340">
        <w:trPr>
          <w:jc w:val="center"/>
        </w:trPr>
        <w:tc>
          <w:tcPr>
            <w:tcW w:w="2866" w:type="dxa"/>
            <w:vAlign w:val="center"/>
          </w:tcPr>
          <w:p w14:paraId="04797DB1" w14:textId="77777777" w:rsidR="0068736D" w:rsidRDefault="00443064">
            <w:pPr>
              <w:spacing w:after="0"/>
            </w:pPr>
            <w:r>
              <w:t>Owner</w:t>
            </w:r>
          </w:p>
        </w:tc>
        <w:tc>
          <w:tcPr>
            <w:tcW w:w="7430" w:type="dxa"/>
            <w:vAlign w:val="center"/>
          </w:tcPr>
          <w:p w14:paraId="43D7A10E" w14:textId="77777777" w:rsidR="0068736D" w:rsidRDefault="00443064">
            <w:pPr>
              <w:spacing w:after="0"/>
            </w:pPr>
            <w:r>
              <w:t>Toàn quy</w:t>
            </w:r>
            <w:r>
              <w:t>ề</w:t>
            </w:r>
            <w:r>
              <w:t>n, bao g</w:t>
            </w:r>
            <w:r>
              <w:t>ồ</w:t>
            </w:r>
            <w:r>
              <w:t>m c</w:t>
            </w:r>
            <w:r>
              <w:t>ấ</w:t>
            </w:r>
            <w:r>
              <w:t>p quy</w:t>
            </w:r>
            <w:r>
              <w:t>ề</w:t>
            </w:r>
            <w:r>
              <w:t>n RBAC.</w:t>
            </w:r>
          </w:p>
        </w:tc>
      </w:tr>
    </w:tbl>
    <w:p w14:paraId="3A75C2A3" w14:textId="16ACB10A" w:rsidR="0068736D" w:rsidRDefault="00784340">
      <w:r>
        <w:rPr>
          <w:noProof/>
        </w:rPr>
        <w:lastRenderedPageBreak/>
        <w:drawing>
          <wp:inline distT="0" distB="0" distL="0" distR="0" wp14:anchorId="7A108CB1" wp14:editId="6E55DD29">
            <wp:extent cx="6400800" cy="4572000"/>
            <wp:effectExtent l="76200" t="76200" r="133350" b="133350"/>
            <wp:docPr id="13329955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99550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72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2B8ACD3" w14:textId="77777777" w:rsidR="0068736D" w:rsidRDefault="00443064">
      <w:pPr>
        <w:pStyle w:val="Heading2"/>
      </w:pPr>
      <w:r>
        <w:rPr>
          <w:rFonts w:ascii="Arial" w:eastAsia="Arial" w:hAnsi="Arial"/>
        </w:rPr>
        <w:t>4.4. Bư</w:t>
      </w:r>
      <w:r>
        <w:rPr>
          <w:rFonts w:ascii="Arial" w:eastAsia="Arial" w:hAnsi="Arial"/>
        </w:rPr>
        <w:t>ớ</w:t>
      </w:r>
      <w:r>
        <w:rPr>
          <w:rFonts w:ascii="Arial" w:eastAsia="Arial" w:hAnsi="Arial"/>
        </w:rPr>
        <w:t>c 4 - Ch</w:t>
      </w:r>
      <w:r>
        <w:rPr>
          <w:rFonts w:ascii="Arial" w:eastAsia="Arial" w:hAnsi="Arial"/>
        </w:rPr>
        <w:t>ọ</w:t>
      </w:r>
      <w:r>
        <w:rPr>
          <w:rFonts w:ascii="Arial" w:eastAsia="Arial" w:hAnsi="Arial"/>
        </w:rPr>
        <w:t>n User</w:t>
      </w:r>
    </w:p>
    <w:p w14:paraId="11CAEAAE" w14:textId="77777777" w:rsidR="0068736D" w:rsidRDefault="00443064">
      <w:pPr>
        <w:pStyle w:val="ListNumber"/>
      </w:pPr>
      <w:r>
        <w:t>Ở</w:t>
      </w:r>
      <w:r>
        <w:t xml:space="preserve"> tab Members, m</w:t>
      </w:r>
      <w:r>
        <w:t>ụ</w:t>
      </w:r>
      <w:r>
        <w:t>c Assign access to ch</w:t>
      </w:r>
      <w:r>
        <w:t>ọ</w:t>
      </w:r>
      <w:r>
        <w:t>n User, group, or service principal.</w:t>
      </w:r>
    </w:p>
    <w:p w14:paraId="3099C863" w14:textId="77777777" w:rsidR="0068736D" w:rsidRDefault="00443064">
      <w:pPr>
        <w:pStyle w:val="ListNumber"/>
      </w:pPr>
      <w:r>
        <w:t>Ch</w:t>
      </w:r>
      <w:r>
        <w:t>ọ</w:t>
      </w:r>
      <w:r>
        <w:t>n + Select members.</w:t>
      </w:r>
    </w:p>
    <w:p w14:paraId="16A95A21" w14:textId="77777777" w:rsidR="0068736D" w:rsidRDefault="00443064">
      <w:pPr>
        <w:pStyle w:val="ListNumber"/>
      </w:pPr>
      <w:r>
        <w:t>Tìm user, ví d</w:t>
      </w:r>
      <w:r>
        <w:t>ụ</w:t>
      </w:r>
      <w:r>
        <w:t xml:space="preserve"> dev.user@yourdomain.com.</w:t>
      </w:r>
    </w:p>
    <w:p w14:paraId="79F3677F" w14:textId="77777777" w:rsidR="0068736D" w:rsidRDefault="00443064">
      <w:pPr>
        <w:pStyle w:val="ListNumber"/>
      </w:pPr>
      <w:r>
        <w:t>Ch</w:t>
      </w:r>
      <w:r>
        <w:t>ọ</w:t>
      </w:r>
      <w:r>
        <w:t>n user.</w:t>
      </w:r>
    </w:p>
    <w:p w14:paraId="09D6663B" w14:textId="77777777" w:rsidR="0068736D" w:rsidRDefault="00443064">
      <w:pPr>
        <w:pStyle w:val="ListNumber"/>
      </w:pPr>
      <w:r>
        <w:t>B</w:t>
      </w:r>
      <w:r>
        <w:t>ấ</w:t>
      </w:r>
      <w:r>
        <w:t>m Select.</w:t>
      </w:r>
    </w:p>
    <w:p w14:paraId="011C98EA" w14:textId="77777777" w:rsidR="0068736D" w:rsidRDefault="00443064">
      <w:pPr>
        <w:pStyle w:val="ListNumber"/>
      </w:pPr>
      <w:r>
        <w:t>Ch</w:t>
      </w:r>
      <w:r>
        <w:t>ọ</w:t>
      </w:r>
      <w:r>
        <w:t>n Next.</w:t>
      </w:r>
    </w:p>
    <w:p w14:paraId="2C8F3A01" w14:textId="3A3C9CEB" w:rsidR="00E51FBE" w:rsidRDefault="00E51FBE" w:rsidP="00E51FBE">
      <w:pPr>
        <w:pStyle w:val="ListNumber"/>
        <w:numPr>
          <w:ilvl w:val="0"/>
          <w:numId w:val="0"/>
        </w:numPr>
        <w:ind w:left="270" w:hanging="180"/>
      </w:pPr>
      <w:r>
        <w:rPr>
          <w:noProof/>
        </w:rPr>
        <w:lastRenderedPageBreak/>
        <w:drawing>
          <wp:inline distT="0" distB="0" distL="0" distR="0" wp14:anchorId="425CB5B8" wp14:editId="49E6DBF0">
            <wp:extent cx="6400800" cy="4577686"/>
            <wp:effectExtent l="76200" t="76200" r="133350" b="128270"/>
            <wp:docPr id="10704781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47819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3895" cy="457989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122F451" w14:textId="77777777" w:rsidR="0068736D" w:rsidRDefault="00443064">
      <w:pPr>
        <w:pStyle w:val="Heading2"/>
      </w:pPr>
      <w:r>
        <w:rPr>
          <w:rFonts w:ascii="Arial" w:eastAsia="Arial" w:hAnsi="Arial"/>
        </w:rPr>
        <w:t>4.5. Bư</w:t>
      </w:r>
      <w:r>
        <w:rPr>
          <w:rFonts w:ascii="Arial" w:eastAsia="Arial" w:hAnsi="Arial"/>
        </w:rPr>
        <w:t>ớ</w:t>
      </w:r>
      <w:r>
        <w:rPr>
          <w:rFonts w:ascii="Arial" w:eastAsia="Arial" w:hAnsi="Arial"/>
        </w:rPr>
        <w:t>c 5 - Review và Assign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59"/>
        <w:gridCol w:w="7437"/>
      </w:tblGrid>
      <w:tr w:rsidR="0068736D" w14:paraId="758AB035" w14:textId="77777777">
        <w:trPr>
          <w:jc w:val="center"/>
        </w:trPr>
        <w:tc>
          <w:tcPr>
            <w:tcW w:w="2880" w:type="dxa"/>
            <w:shd w:val="clear" w:color="auto" w:fill="1F4E79"/>
            <w:vAlign w:val="center"/>
          </w:tcPr>
          <w:p w14:paraId="7503A0D0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M</w:t>
            </w:r>
            <w:r>
              <w:rPr>
                <w:b/>
                <w:color w:val="FFFFFF"/>
              </w:rPr>
              <w:t>ụ</w:t>
            </w:r>
            <w:r>
              <w:rPr>
                <w:b/>
                <w:color w:val="FFFFFF"/>
              </w:rPr>
              <w:t>c</w:t>
            </w:r>
          </w:p>
        </w:tc>
        <w:tc>
          <w:tcPr>
            <w:tcW w:w="7488" w:type="dxa"/>
            <w:shd w:val="clear" w:color="auto" w:fill="1F4E79"/>
            <w:vAlign w:val="center"/>
          </w:tcPr>
          <w:p w14:paraId="273D4B9E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Giá tr</w:t>
            </w:r>
            <w:r>
              <w:rPr>
                <w:b/>
                <w:color w:val="FFFFFF"/>
              </w:rPr>
              <w:t>ị</w:t>
            </w:r>
          </w:p>
        </w:tc>
      </w:tr>
      <w:tr w:rsidR="0068736D" w14:paraId="0365A72F" w14:textId="77777777">
        <w:trPr>
          <w:jc w:val="center"/>
        </w:trPr>
        <w:tc>
          <w:tcPr>
            <w:tcW w:w="2880" w:type="dxa"/>
            <w:vAlign w:val="center"/>
          </w:tcPr>
          <w:p w14:paraId="6496C9DA" w14:textId="77777777" w:rsidR="0068736D" w:rsidRDefault="00443064">
            <w:pPr>
              <w:spacing w:after="0"/>
            </w:pPr>
            <w:r>
              <w:t>Scope</w:t>
            </w:r>
          </w:p>
        </w:tc>
        <w:tc>
          <w:tcPr>
            <w:tcW w:w="7488" w:type="dxa"/>
            <w:vAlign w:val="center"/>
          </w:tcPr>
          <w:p w14:paraId="07CA9FEB" w14:textId="77777777" w:rsidR="0068736D" w:rsidRDefault="00443064">
            <w:pPr>
              <w:spacing w:after="0"/>
            </w:pPr>
            <w:r>
              <w:t>rg-az900-lab06</w:t>
            </w:r>
          </w:p>
        </w:tc>
      </w:tr>
      <w:tr w:rsidR="0068736D" w14:paraId="274E46CB" w14:textId="77777777">
        <w:trPr>
          <w:jc w:val="center"/>
        </w:trPr>
        <w:tc>
          <w:tcPr>
            <w:tcW w:w="2880" w:type="dxa"/>
            <w:vAlign w:val="center"/>
          </w:tcPr>
          <w:p w14:paraId="6DCB5B03" w14:textId="77777777" w:rsidR="0068736D" w:rsidRDefault="00443064">
            <w:pPr>
              <w:spacing w:after="0"/>
            </w:pPr>
            <w:r>
              <w:t>Role</w:t>
            </w:r>
          </w:p>
        </w:tc>
        <w:tc>
          <w:tcPr>
            <w:tcW w:w="7488" w:type="dxa"/>
            <w:vAlign w:val="center"/>
          </w:tcPr>
          <w:p w14:paraId="2D6F70FC" w14:textId="77777777" w:rsidR="0068736D" w:rsidRDefault="00443064">
            <w:pPr>
              <w:spacing w:after="0"/>
            </w:pPr>
            <w:r>
              <w:t>Reader</w:t>
            </w:r>
          </w:p>
        </w:tc>
      </w:tr>
      <w:tr w:rsidR="0068736D" w14:paraId="118784B2" w14:textId="77777777">
        <w:trPr>
          <w:jc w:val="center"/>
        </w:trPr>
        <w:tc>
          <w:tcPr>
            <w:tcW w:w="2880" w:type="dxa"/>
            <w:vAlign w:val="center"/>
          </w:tcPr>
          <w:p w14:paraId="00FEAC06" w14:textId="77777777" w:rsidR="0068736D" w:rsidRDefault="00443064">
            <w:pPr>
              <w:spacing w:after="0"/>
            </w:pPr>
            <w:r>
              <w:t>Member</w:t>
            </w:r>
          </w:p>
        </w:tc>
        <w:tc>
          <w:tcPr>
            <w:tcW w:w="7488" w:type="dxa"/>
            <w:vAlign w:val="center"/>
          </w:tcPr>
          <w:p w14:paraId="451A003A" w14:textId="77777777" w:rsidR="0068736D" w:rsidRDefault="00443064">
            <w:pPr>
              <w:spacing w:after="0"/>
            </w:pPr>
            <w:r>
              <w:t>dev.user@yourdomain.com</w:t>
            </w:r>
          </w:p>
        </w:tc>
      </w:tr>
    </w:tbl>
    <w:p w14:paraId="16FA5484" w14:textId="77777777" w:rsidR="0068736D" w:rsidRDefault="0068736D"/>
    <w:p w14:paraId="1C891A1B" w14:textId="77777777" w:rsidR="0068736D" w:rsidRDefault="00443064">
      <w:pPr>
        <w:pStyle w:val="ListNumber"/>
      </w:pPr>
      <w:r>
        <w:t>Ch</w:t>
      </w:r>
      <w:r>
        <w:t>ọ</w:t>
      </w:r>
      <w:r>
        <w:t>n Review + assign.</w:t>
      </w:r>
    </w:p>
    <w:p w14:paraId="52BB4298" w14:textId="77777777" w:rsidR="0068736D" w:rsidRDefault="00443064">
      <w:pPr>
        <w:pStyle w:val="ListNumber"/>
      </w:pPr>
      <w:r>
        <w:t>Ch</w:t>
      </w:r>
      <w:r>
        <w:t>ọ</w:t>
      </w:r>
      <w:r>
        <w:t>n Review + assign l</w:t>
      </w:r>
      <w:r>
        <w:t>ầ</w:t>
      </w:r>
      <w:r>
        <w:t>n n</w:t>
      </w:r>
      <w:r>
        <w:t>ữ</w:t>
      </w:r>
      <w:r>
        <w:t>a.</w:t>
      </w:r>
    </w:p>
    <w:p w14:paraId="74F69150" w14:textId="77777777" w:rsidR="0068736D" w:rsidRDefault="00443064">
      <w:pPr>
        <w:pStyle w:val="ListNumber"/>
      </w:pPr>
      <w:r>
        <w:t>Quay l</w:t>
      </w:r>
      <w:r>
        <w:t>ạ</w:t>
      </w:r>
      <w:r>
        <w:t>i tab Role assignments đ</w:t>
      </w:r>
      <w:r>
        <w:t>ể</w:t>
      </w:r>
      <w:r>
        <w:t xml:space="preserve"> ki</w:t>
      </w:r>
      <w:r>
        <w:t>ể</w:t>
      </w:r>
      <w:r>
        <w:t>m tra user đã có role Reader.</w:t>
      </w:r>
    </w:p>
    <w:p w14:paraId="3231B0EF" w14:textId="77777777" w:rsidR="0068736D" w:rsidRDefault="00443064">
      <w:pPr>
        <w:pStyle w:val="CodeBlock"/>
      </w:pPr>
      <w:r>
        <w:t>K</w:t>
      </w:r>
      <w:r>
        <w:t>ế</w:t>
      </w:r>
      <w:r>
        <w:t>t qu</w:t>
      </w:r>
      <w:r>
        <w:t>ả</w:t>
      </w:r>
      <w:r>
        <w:t xml:space="preserve"> c</w:t>
      </w:r>
      <w:r>
        <w:t>ầ</w:t>
      </w:r>
      <w:r>
        <w:t>n đ</w:t>
      </w:r>
      <w:r>
        <w:t>ạ</w:t>
      </w:r>
      <w:r>
        <w:t>t: User dev.user@yourdomain.com có quy</w:t>
      </w:r>
      <w:r>
        <w:t>ề</w:t>
      </w:r>
      <w:r>
        <w:t>n Reader trên resource group rg-az900-lab06.</w:t>
      </w:r>
    </w:p>
    <w:p w14:paraId="71F9406C" w14:textId="6EA809D2" w:rsidR="00E51FBE" w:rsidRDefault="00E51FBE">
      <w:pPr>
        <w:pStyle w:val="CodeBlock"/>
      </w:pPr>
      <w:r>
        <w:rPr>
          <w:noProof/>
        </w:rPr>
        <w:lastRenderedPageBreak/>
        <w:drawing>
          <wp:inline distT="0" distB="0" distL="0" distR="0" wp14:anchorId="3F8DB7B9" wp14:editId="6AC6BC8B">
            <wp:extent cx="6524429" cy="4297680"/>
            <wp:effectExtent l="76200" t="76200" r="124460" b="140970"/>
            <wp:docPr id="3057004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70046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28695" cy="430049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75D98DE" w14:textId="77777777" w:rsidR="0068736D" w:rsidRDefault="00443064">
      <w:pPr>
        <w:pStyle w:val="Heading1"/>
      </w:pPr>
      <w:r>
        <w:rPr>
          <w:rFonts w:ascii="Arial" w:eastAsia="Arial" w:hAnsi="Arial"/>
        </w:rPr>
        <w:t>5. Lab 06-C - T</w:t>
      </w:r>
      <w:r>
        <w:rPr>
          <w:rFonts w:ascii="Arial" w:eastAsia="Arial" w:hAnsi="Arial"/>
        </w:rPr>
        <w:t>ạ</w:t>
      </w:r>
      <w:r>
        <w:rPr>
          <w:rFonts w:ascii="Arial" w:eastAsia="Arial" w:hAnsi="Arial"/>
        </w:rPr>
        <w:t>o Resource Lock CanNotDelete</w:t>
      </w:r>
    </w:p>
    <w:p w14:paraId="1CBE4089" w14:textId="77777777" w:rsidR="0068736D" w:rsidRDefault="00443064">
      <w:r>
        <w:t>M</w:t>
      </w:r>
      <w:r>
        <w:t>ụ</w:t>
      </w:r>
      <w:r>
        <w:t>c tiêu: t</w:t>
      </w:r>
      <w:r>
        <w:t>ạ</w:t>
      </w:r>
      <w:r>
        <w:t>o lock đ</w:t>
      </w:r>
      <w:r>
        <w:t>ể</w:t>
      </w:r>
      <w:r>
        <w:t xml:space="preserve"> ch</w:t>
      </w:r>
      <w:r>
        <w:t>ặ</w:t>
      </w:r>
      <w:r>
        <w:t>n xóa nh</w:t>
      </w:r>
      <w:r>
        <w:t>ầ</w:t>
      </w:r>
      <w:r>
        <w:t>m Resource Group. Đây là k</w:t>
      </w:r>
      <w:r>
        <w:t>ỹ</w:t>
      </w:r>
      <w:r>
        <w:t xml:space="preserve"> năng quan tr</w:t>
      </w:r>
      <w:r>
        <w:t>ọ</w:t>
      </w:r>
      <w:r>
        <w:t>ng khi b</w:t>
      </w:r>
      <w:r>
        <w:t>ả</w:t>
      </w:r>
      <w:r>
        <w:t>o v</w:t>
      </w:r>
      <w:r>
        <w:t>ệ</w:t>
      </w:r>
      <w:r>
        <w:t xml:space="preserve"> tài nguyên production ho</w:t>
      </w:r>
      <w:r>
        <w:t>ặ</w:t>
      </w:r>
      <w:r>
        <w:t>c môi trư</w:t>
      </w:r>
      <w:r>
        <w:t>ờ</w:t>
      </w:r>
      <w:r>
        <w:t>ng lab quan tr</w:t>
      </w:r>
      <w:r>
        <w:t>ọ</w:t>
      </w:r>
      <w:r>
        <w:t>ng.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53"/>
        <w:gridCol w:w="7143"/>
      </w:tblGrid>
      <w:tr w:rsidR="0068736D" w14:paraId="7825C8A1" w14:textId="77777777">
        <w:trPr>
          <w:jc w:val="center"/>
        </w:trPr>
        <w:tc>
          <w:tcPr>
            <w:tcW w:w="3168" w:type="dxa"/>
            <w:shd w:val="clear" w:color="auto" w:fill="1F4E79"/>
            <w:vAlign w:val="center"/>
          </w:tcPr>
          <w:p w14:paraId="49BE90F9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Lock type</w:t>
            </w:r>
          </w:p>
        </w:tc>
        <w:tc>
          <w:tcPr>
            <w:tcW w:w="7200" w:type="dxa"/>
            <w:shd w:val="clear" w:color="auto" w:fill="1F4E79"/>
            <w:vAlign w:val="center"/>
          </w:tcPr>
          <w:p w14:paraId="2ECC8C0E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Ý nghĩa</w:t>
            </w:r>
          </w:p>
        </w:tc>
      </w:tr>
      <w:tr w:rsidR="0068736D" w14:paraId="4CE5DCF0" w14:textId="77777777">
        <w:trPr>
          <w:jc w:val="center"/>
        </w:trPr>
        <w:tc>
          <w:tcPr>
            <w:tcW w:w="3168" w:type="dxa"/>
            <w:vAlign w:val="center"/>
          </w:tcPr>
          <w:p w14:paraId="5C8EB6A2" w14:textId="77777777" w:rsidR="0068736D" w:rsidRDefault="00443064">
            <w:pPr>
              <w:spacing w:after="0"/>
            </w:pPr>
            <w:r>
              <w:t>Delete / CanNotDelete</w:t>
            </w:r>
          </w:p>
        </w:tc>
        <w:tc>
          <w:tcPr>
            <w:tcW w:w="7200" w:type="dxa"/>
            <w:vAlign w:val="center"/>
          </w:tcPr>
          <w:p w14:paraId="6A013F4A" w14:textId="77777777" w:rsidR="0068736D" w:rsidRDefault="00443064">
            <w:pPr>
              <w:spacing w:after="0"/>
            </w:pPr>
            <w:r>
              <w:t>Cho phép đ</w:t>
            </w:r>
            <w:r>
              <w:t>ọ</w:t>
            </w:r>
            <w:r>
              <w:t>c/s</w:t>
            </w:r>
            <w:r>
              <w:t>ử</w:t>
            </w:r>
            <w:r>
              <w:t>a nhưng không cho xóa.</w:t>
            </w:r>
          </w:p>
        </w:tc>
      </w:tr>
      <w:tr w:rsidR="0068736D" w14:paraId="27386F28" w14:textId="77777777">
        <w:trPr>
          <w:jc w:val="center"/>
        </w:trPr>
        <w:tc>
          <w:tcPr>
            <w:tcW w:w="3168" w:type="dxa"/>
            <w:vAlign w:val="center"/>
          </w:tcPr>
          <w:p w14:paraId="2959C1F9" w14:textId="77777777" w:rsidR="0068736D" w:rsidRDefault="00443064">
            <w:pPr>
              <w:spacing w:after="0"/>
            </w:pPr>
            <w:r>
              <w:t>Read-only</w:t>
            </w:r>
          </w:p>
        </w:tc>
        <w:tc>
          <w:tcPr>
            <w:tcW w:w="7200" w:type="dxa"/>
            <w:vAlign w:val="center"/>
          </w:tcPr>
          <w:p w14:paraId="73733EAD" w14:textId="77777777" w:rsidR="0068736D" w:rsidRDefault="00443064">
            <w:pPr>
              <w:spacing w:after="0"/>
            </w:pPr>
            <w:r>
              <w:t>Ch</w:t>
            </w:r>
            <w:r>
              <w:t>ỉ</w:t>
            </w:r>
            <w:r>
              <w:t xml:space="preserve"> cho đ</w:t>
            </w:r>
            <w:r>
              <w:t>ọ</w:t>
            </w:r>
            <w:r>
              <w:t>c, không cho s</w:t>
            </w:r>
            <w:r>
              <w:t>ử</w:t>
            </w:r>
            <w:r>
              <w:t>a ho</w:t>
            </w:r>
            <w:r>
              <w:t>ặ</w:t>
            </w:r>
            <w:r>
              <w:t>c xóa.</w:t>
            </w:r>
          </w:p>
        </w:tc>
      </w:tr>
    </w:tbl>
    <w:p w14:paraId="3B0D1232" w14:textId="77777777" w:rsidR="0068736D" w:rsidRDefault="0068736D"/>
    <w:p w14:paraId="7F7FD8A2" w14:textId="77777777" w:rsidR="0068736D" w:rsidRDefault="00443064">
      <w:pPr>
        <w:pStyle w:val="Heading2"/>
      </w:pPr>
      <w:r>
        <w:rPr>
          <w:rFonts w:ascii="Arial" w:eastAsia="Arial" w:hAnsi="Arial"/>
        </w:rPr>
        <w:t>5.1. Bư</w:t>
      </w:r>
      <w:r>
        <w:rPr>
          <w:rFonts w:ascii="Arial" w:eastAsia="Arial" w:hAnsi="Arial"/>
        </w:rPr>
        <w:t>ớ</w:t>
      </w:r>
      <w:r>
        <w:rPr>
          <w:rFonts w:ascii="Arial" w:eastAsia="Arial" w:hAnsi="Arial"/>
        </w:rPr>
        <w:t>c 1 - M</w:t>
      </w:r>
      <w:r>
        <w:rPr>
          <w:rFonts w:ascii="Arial" w:eastAsia="Arial" w:hAnsi="Arial"/>
        </w:rPr>
        <w:t>ở</w:t>
      </w:r>
      <w:r>
        <w:rPr>
          <w:rFonts w:ascii="Arial" w:eastAsia="Arial" w:hAnsi="Arial"/>
        </w:rPr>
        <w:t xml:space="preserve"> Resource Group</w:t>
      </w:r>
    </w:p>
    <w:p w14:paraId="66A6C233" w14:textId="77777777" w:rsidR="0068736D" w:rsidRDefault="00443064">
      <w:pPr>
        <w:pStyle w:val="ListNumber"/>
      </w:pPr>
      <w:r>
        <w:t>Trên Azure Portal, search Resource groups.</w:t>
      </w:r>
    </w:p>
    <w:p w14:paraId="26750867" w14:textId="77777777" w:rsidR="0068736D" w:rsidRDefault="00443064">
      <w:pPr>
        <w:pStyle w:val="ListNumber"/>
      </w:pPr>
      <w:r>
        <w:t>M</w:t>
      </w:r>
      <w:r>
        <w:t>ở</w:t>
      </w:r>
      <w:r>
        <w:t xml:space="preserve"> rg-az900-lab06.</w:t>
      </w:r>
    </w:p>
    <w:p w14:paraId="72D02424" w14:textId="77777777" w:rsidR="0068736D" w:rsidRDefault="00443064">
      <w:pPr>
        <w:pStyle w:val="Heading2"/>
      </w:pPr>
      <w:r>
        <w:rPr>
          <w:rFonts w:ascii="Arial" w:eastAsia="Arial" w:hAnsi="Arial"/>
        </w:rPr>
        <w:t>5.2. Bư</w:t>
      </w:r>
      <w:r>
        <w:rPr>
          <w:rFonts w:ascii="Arial" w:eastAsia="Arial" w:hAnsi="Arial"/>
        </w:rPr>
        <w:t>ớ</w:t>
      </w:r>
      <w:r>
        <w:rPr>
          <w:rFonts w:ascii="Arial" w:eastAsia="Arial" w:hAnsi="Arial"/>
        </w:rPr>
        <w:t>c 2 - M</w:t>
      </w:r>
      <w:r>
        <w:rPr>
          <w:rFonts w:ascii="Arial" w:eastAsia="Arial" w:hAnsi="Arial"/>
        </w:rPr>
        <w:t>ở</w:t>
      </w:r>
      <w:r>
        <w:rPr>
          <w:rFonts w:ascii="Arial" w:eastAsia="Arial" w:hAnsi="Arial"/>
        </w:rPr>
        <w:t xml:space="preserve"> Locks</w:t>
      </w:r>
    </w:p>
    <w:p w14:paraId="36077948" w14:textId="77777777" w:rsidR="0068736D" w:rsidRDefault="00443064">
      <w:pPr>
        <w:pStyle w:val="ListNumber"/>
      </w:pPr>
      <w:r>
        <w:t>Trong menu bên trái c</w:t>
      </w:r>
      <w:r>
        <w:t>ủ</w:t>
      </w:r>
      <w:r>
        <w:t>a resource group, tìm m</w:t>
      </w:r>
      <w:r>
        <w:t>ụ</w:t>
      </w:r>
      <w:r>
        <w:t>c Settings.</w:t>
      </w:r>
    </w:p>
    <w:p w14:paraId="57C490E7" w14:textId="77777777" w:rsidR="0068736D" w:rsidRDefault="00443064">
      <w:pPr>
        <w:pStyle w:val="ListNumber"/>
      </w:pPr>
      <w:r>
        <w:t>Ch</w:t>
      </w:r>
      <w:r>
        <w:t>ọ</w:t>
      </w:r>
      <w:r>
        <w:t>n Locks.</w:t>
      </w:r>
    </w:p>
    <w:p w14:paraId="2AF7CE47" w14:textId="77777777" w:rsidR="0068736D" w:rsidRDefault="00443064">
      <w:pPr>
        <w:pStyle w:val="Heading2"/>
      </w:pPr>
      <w:r>
        <w:rPr>
          <w:rFonts w:ascii="Arial" w:eastAsia="Arial" w:hAnsi="Arial"/>
        </w:rPr>
        <w:t>5.3. Bư</w:t>
      </w:r>
      <w:r>
        <w:rPr>
          <w:rFonts w:ascii="Arial" w:eastAsia="Arial" w:hAnsi="Arial"/>
        </w:rPr>
        <w:t>ớ</w:t>
      </w:r>
      <w:r>
        <w:rPr>
          <w:rFonts w:ascii="Arial" w:eastAsia="Arial" w:hAnsi="Arial"/>
        </w:rPr>
        <w:t>c 3 - T</w:t>
      </w:r>
      <w:r>
        <w:rPr>
          <w:rFonts w:ascii="Arial" w:eastAsia="Arial" w:hAnsi="Arial"/>
        </w:rPr>
        <w:t>ạ</w:t>
      </w:r>
      <w:r>
        <w:rPr>
          <w:rFonts w:ascii="Arial" w:eastAsia="Arial" w:hAnsi="Arial"/>
        </w:rPr>
        <w:t>o Lock</w:t>
      </w:r>
    </w:p>
    <w:p w14:paraId="7FB143E5" w14:textId="77777777" w:rsidR="0068736D" w:rsidRDefault="00443064" w:rsidP="00B5276D">
      <w:pPr>
        <w:pStyle w:val="ListNumber"/>
        <w:tabs>
          <w:tab w:val="left" w:pos="270"/>
        </w:tabs>
      </w:pPr>
      <w:r>
        <w:t>Ch</w:t>
      </w:r>
      <w:r>
        <w:t>ọ</w:t>
      </w:r>
      <w:r>
        <w:t>n + Add.</w:t>
      </w:r>
    </w:p>
    <w:p w14:paraId="4E869AAE" w14:textId="77777777" w:rsidR="0068736D" w:rsidRDefault="00443064">
      <w:pPr>
        <w:pStyle w:val="ListNumber"/>
      </w:pPr>
      <w:r>
        <w:t>Nh</w:t>
      </w:r>
      <w:r>
        <w:t>ậ</w:t>
      </w:r>
      <w:r>
        <w:t>p thông tin lock theo b</w:t>
      </w:r>
      <w:r>
        <w:t>ả</w:t>
      </w:r>
      <w:r>
        <w:t>ng.</w:t>
      </w:r>
    </w:p>
    <w:p w14:paraId="1CE8F408" w14:textId="77777777" w:rsidR="0068736D" w:rsidRDefault="00443064">
      <w:pPr>
        <w:pStyle w:val="ListNumber"/>
      </w:pPr>
      <w:r>
        <w:t>Ch</w:t>
      </w:r>
      <w:r>
        <w:t>ọ</w:t>
      </w:r>
      <w:r>
        <w:t>n OK ho</w:t>
      </w:r>
      <w:r>
        <w:t>ặ</w:t>
      </w:r>
      <w:r>
        <w:t>c Create.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48"/>
        <w:gridCol w:w="7148"/>
      </w:tblGrid>
      <w:tr w:rsidR="0068736D" w14:paraId="642A77A0" w14:textId="77777777">
        <w:trPr>
          <w:jc w:val="center"/>
        </w:trPr>
        <w:tc>
          <w:tcPr>
            <w:tcW w:w="3168" w:type="dxa"/>
            <w:shd w:val="clear" w:color="auto" w:fill="1F4E79"/>
            <w:vAlign w:val="center"/>
          </w:tcPr>
          <w:p w14:paraId="2FE6A32F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Trư</w:t>
            </w:r>
            <w:r>
              <w:rPr>
                <w:b/>
                <w:color w:val="FFFFFF"/>
              </w:rPr>
              <w:t>ờ</w:t>
            </w:r>
            <w:r>
              <w:rPr>
                <w:b/>
                <w:color w:val="FFFFFF"/>
              </w:rPr>
              <w:t>ng</w:t>
            </w:r>
          </w:p>
        </w:tc>
        <w:tc>
          <w:tcPr>
            <w:tcW w:w="7200" w:type="dxa"/>
            <w:shd w:val="clear" w:color="auto" w:fill="1F4E79"/>
            <w:vAlign w:val="center"/>
          </w:tcPr>
          <w:p w14:paraId="3E0F1878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Giá tr</w:t>
            </w:r>
            <w:r>
              <w:rPr>
                <w:b/>
                <w:color w:val="FFFFFF"/>
              </w:rPr>
              <w:t>ị</w:t>
            </w:r>
          </w:p>
        </w:tc>
      </w:tr>
      <w:tr w:rsidR="0068736D" w14:paraId="103E8BC4" w14:textId="77777777">
        <w:trPr>
          <w:jc w:val="center"/>
        </w:trPr>
        <w:tc>
          <w:tcPr>
            <w:tcW w:w="3168" w:type="dxa"/>
            <w:vAlign w:val="center"/>
          </w:tcPr>
          <w:p w14:paraId="4C3C32A1" w14:textId="77777777" w:rsidR="0068736D" w:rsidRDefault="00443064">
            <w:pPr>
              <w:spacing w:after="0"/>
            </w:pPr>
            <w:r>
              <w:lastRenderedPageBreak/>
              <w:t>Lock name</w:t>
            </w:r>
          </w:p>
        </w:tc>
        <w:tc>
          <w:tcPr>
            <w:tcW w:w="7200" w:type="dxa"/>
            <w:vAlign w:val="center"/>
          </w:tcPr>
          <w:p w14:paraId="3C6F2DD8" w14:textId="77777777" w:rsidR="0068736D" w:rsidRDefault="00443064">
            <w:pPr>
              <w:spacing w:after="0"/>
            </w:pPr>
            <w:r>
              <w:t>lock-no-delete-lab06</w:t>
            </w:r>
          </w:p>
        </w:tc>
      </w:tr>
      <w:tr w:rsidR="0068736D" w14:paraId="0CF99B24" w14:textId="77777777">
        <w:trPr>
          <w:jc w:val="center"/>
        </w:trPr>
        <w:tc>
          <w:tcPr>
            <w:tcW w:w="3168" w:type="dxa"/>
            <w:vAlign w:val="center"/>
          </w:tcPr>
          <w:p w14:paraId="4A849EF1" w14:textId="77777777" w:rsidR="0068736D" w:rsidRDefault="00443064">
            <w:pPr>
              <w:spacing w:after="0"/>
            </w:pPr>
            <w:r>
              <w:t>Lock type</w:t>
            </w:r>
          </w:p>
        </w:tc>
        <w:tc>
          <w:tcPr>
            <w:tcW w:w="7200" w:type="dxa"/>
            <w:vAlign w:val="center"/>
          </w:tcPr>
          <w:p w14:paraId="5CD25AFE" w14:textId="77777777" w:rsidR="0068736D" w:rsidRDefault="00443064">
            <w:pPr>
              <w:spacing w:after="0"/>
            </w:pPr>
            <w:r>
              <w:t>Delete ho</w:t>
            </w:r>
            <w:r>
              <w:t>ặ</w:t>
            </w:r>
            <w:r>
              <w:t>c CanNotDelete</w:t>
            </w:r>
          </w:p>
        </w:tc>
      </w:tr>
      <w:tr w:rsidR="0068736D" w14:paraId="760ADD87" w14:textId="77777777">
        <w:trPr>
          <w:jc w:val="center"/>
        </w:trPr>
        <w:tc>
          <w:tcPr>
            <w:tcW w:w="3168" w:type="dxa"/>
            <w:vAlign w:val="center"/>
          </w:tcPr>
          <w:p w14:paraId="5EC177E3" w14:textId="77777777" w:rsidR="0068736D" w:rsidRDefault="00443064">
            <w:pPr>
              <w:spacing w:after="0"/>
            </w:pPr>
            <w:r>
              <w:t>Notes</w:t>
            </w:r>
          </w:p>
        </w:tc>
        <w:tc>
          <w:tcPr>
            <w:tcW w:w="7200" w:type="dxa"/>
            <w:vAlign w:val="center"/>
          </w:tcPr>
          <w:p w14:paraId="3F212811" w14:textId="77777777" w:rsidR="0068736D" w:rsidRDefault="00443064">
            <w:pPr>
              <w:spacing w:after="0"/>
            </w:pPr>
            <w:r>
              <w:t>Lock created for AZ-900 lab - do not remove during training</w:t>
            </w:r>
          </w:p>
        </w:tc>
      </w:tr>
    </w:tbl>
    <w:p w14:paraId="19E17D94" w14:textId="77777777" w:rsidR="0068736D" w:rsidRDefault="0068736D"/>
    <w:p w14:paraId="7A9B6237" w14:textId="5B70E19B" w:rsidR="0068736D" w:rsidRDefault="00443064" w:rsidP="00B5276D">
      <w:pPr>
        <w:pStyle w:val="CodeBlock"/>
        <w:ind w:left="-90"/>
      </w:pPr>
      <w:r>
        <w:t>K</w:t>
      </w:r>
      <w:r>
        <w:t>ế</w:t>
      </w:r>
      <w:r>
        <w:t>t qu</w:t>
      </w:r>
      <w:r>
        <w:t>ả</w:t>
      </w:r>
      <w:r>
        <w:t xml:space="preserve"> c</w:t>
      </w:r>
      <w:r>
        <w:t>ầ</w:t>
      </w:r>
      <w:r>
        <w:t>n đ</w:t>
      </w:r>
      <w:r>
        <w:t>ạ</w:t>
      </w:r>
      <w:r>
        <w:t>t: Resource group rg-az900-lab06 đư</w:t>
      </w:r>
      <w:r>
        <w:t>ợ</w:t>
      </w:r>
      <w:r>
        <w:t>c b</w:t>
      </w:r>
      <w:r>
        <w:t>ả</w:t>
      </w:r>
      <w:r>
        <w:t>o v</w:t>
      </w:r>
      <w:r>
        <w:t>ệ</w:t>
      </w:r>
      <w:r>
        <w:t xml:space="preserve"> b</w:t>
      </w:r>
      <w:r>
        <w:t>ằ</w:t>
      </w:r>
      <w:r>
        <w:t>ng lock CanNotDelete.</w:t>
      </w:r>
      <w:r w:rsidR="00B5276D">
        <w:br/>
      </w:r>
      <w:r w:rsidR="00B5276D">
        <w:rPr>
          <w:noProof/>
        </w:rPr>
        <w:drawing>
          <wp:inline distT="0" distB="0" distL="0" distR="0" wp14:anchorId="148BEF92" wp14:editId="221A2B46">
            <wp:extent cx="6400377" cy="3431274"/>
            <wp:effectExtent l="76200" t="76200" r="133985" b="131445"/>
            <wp:docPr id="924729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7292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8457" cy="343560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613D4D0" w14:textId="77777777" w:rsidR="0068736D" w:rsidRDefault="00443064">
      <w:pPr>
        <w:pStyle w:val="Heading2"/>
      </w:pPr>
      <w:r>
        <w:rPr>
          <w:rFonts w:ascii="Arial" w:eastAsia="Arial" w:hAnsi="Arial"/>
        </w:rPr>
        <w:t>5.4. Bư</w:t>
      </w:r>
      <w:r>
        <w:rPr>
          <w:rFonts w:ascii="Arial" w:eastAsia="Arial" w:hAnsi="Arial"/>
        </w:rPr>
        <w:t>ớ</w:t>
      </w:r>
      <w:r>
        <w:rPr>
          <w:rFonts w:ascii="Arial" w:eastAsia="Arial" w:hAnsi="Arial"/>
        </w:rPr>
        <w:t>c 4 - Ki</w:t>
      </w:r>
      <w:r>
        <w:rPr>
          <w:rFonts w:ascii="Arial" w:eastAsia="Arial" w:hAnsi="Arial"/>
        </w:rPr>
        <w:t>ể</w:t>
      </w:r>
      <w:r>
        <w:rPr>
          <w:rFonts w:ascii="Arial" w:eastAsia="Arial" w:hAnsi="Arial"/>
        </w:rPr>
        <w:t>m tra Lock và th</w:t>
      </w:r>
      <w:r>
        <w:rPr>
          <w:rFonts w:ascii="Arial" w:eastAsia="Arial" w:hAnsi="Arial"/>
        </w:rPr>
        <w:t>ử</w:t>
      </w:r>
      <w:r>
        <w:rPr>
          <w:rFonts w:ascii="Arial" w:eastAsia="Arial" w:hAnsi="Arial"/>
        </w:rPr>
        <w:t xml:space="preserve"> xóa Resource Group</w:t>
      </w:r>
    </w:p>
    <w:p w14:paraId="31D7FAB7" w14:textId="77777777" w:rsidR="0068736D" w:rsidRDefault="00443064">
      <w:pPr>
        <w:pStyle w:val="ListNumber"/>
      </w:pPr>
      <w:r>
        <w:t>Trong màn hình Locks, ki</w:t>
      </w:r>
      <w:r>
        <w:t>ể</w:t>
      </w:r>
      <w:r>
        <w:t>m tra có lock lock-no-delete-lab06.</w:t>
      </w:r>
    </w:p>
    <w:p w14:paraId="45BA1F70" w14:textId="77777777" w:rsidR="0068736D" w:rsidRDefault="00443064">
      <w:pPr>
        <w:pStyle w:val="ListNumber"/>
      </w:pPr>
      <w:r>
        <w:t>Quay l</w:t>
      </w:r>
      <w:r>
        <w:t>ạ</w:t>
      </w:r>
      <w:r>
        <w:t>i Overview c</w:t>
      </w:r>
      <w:r>
        <w:t>ủ</w:t>
      </w:r>
      <w:r>
        <w:t>a resource group.</w:t>
      </w:r>
    </w:p>
    <w:p w14:paraId="1054E72E" w14:textId="77777777" w:rsidR="0068736D" w:rsidRDefault="00443064">
      <w:pPr>
        <w:pStyle w:val="ListNumber"/>
      </w:pPr>
      <w:r>
        <w:t>Ch</w:t>
      </w:r>
      <w:r>
        <w:t>ọ</w:t>
      </w:r>
      <w:r>
        <w:t>n Delete resource group.</w:t>
      </w:r>
    </w:p>
    <w:p w14:paraId="24357ADF" w14:textId="77777777" w:rsidR="0068736D" w:rsidRDefault="00443064">
      <w:pPr>
        <w:pStyle w:val="ListNumber"/>
      </w:pPr>
      <w:r>
        <w:t>Nh</w:t>
      </w:r>
      <w:r>
        <w:t>ậ</w:t>
      </w:r>
      <w:r>
        <w:t>p tên resource group n</w:t>
      </w:r>
      <w:r>
        <w:t>ế</w:t>
      </w:r>
      <w:r>
        <w:t>u đư</w:t>
      </w:r>
      <w:r>
        <w:t>ợ</w:t>
      </w:r>
      <w:r>
        <w:t>c yêu c</w:t>
      </w:r>
      <w:r>
        <w:t>ầ</w:t>
      </w:r>
      <w:r>
        <w:t>u.</w:t>
      </w:r>
    </w:p>
    <w:p w14:paraId="32B78877" w14:textId="77777777" w:rsidR="0068736D" w:rsidRDefault="00443064">
      <w:pPr>
        <w:pStyle w:val="ListNumber"/>
      </w:pPr>
      <w:r>
        <w:t>Th</w:t>
      </w:r>
      <w:r>
        <w:t>ử</w:t>
      </w:r>
      <w:r>
        <w:t xml:space="preserve"> xóa đ</w:t>
      </w:r>
      <w:r>
        <w:t>ể</w:t>
      </w:r>
      <w:r>
        <w:t xml:space="preserve"> ki</w:t>
      </w:r>
      <w:r>
        <w:t>ể</w:t>
      </w:r>
      <w:r>
        <w:t>m ch</w:t>
      </w:r>
      <w:r>
        <w:t>ứ</w:t>
      </w:r>
      <w:r>
        <w:t>ng lock ho</w:t>
      </w:r>
      <w:r>
        <w:t>ạ</w:t>
      </w:r>
      <w:r>
        <w:t>t đ</w:t>
      </w:r>
      <w:r>
        <w:t>ộ</w:t>
      </w:r>
      <w:r>
        <w:t>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0"/>
      </w:tblGrid>
      <w:tr w:rsidR="0068736D" w14:paraId="4C2F8508" w14:textId="77777777">
        <w:tc>
          <w:tcPr>
            <w:tcW w:w="10080" w:type="dxa"/>
            <w:shd w:val="clear" w:color="auto" w:fill="EAF2F8"/>
          </w:tcPr>
          <w:p w14:paraId="45FB13B3" w14:textId="77777777" w:rsidR="0068736D" w:rsidRDefault="00443064">
            <w:r>
              <w:rPr>
                <w:b/>
                <w:color w:val="1F4E79"/>
              </w:rPr>
              <w:t>K</w:t>
            </w:r>
            <w:r>
              <w:rPr>
                <w:b/>
                <w:color w:val="1F4E79"/>
              </w:rPr>
              <w:t>ế</w:t>
            </w:r>
            <w:r>
              <w:rPr>
                <w:b/>
                <w:color w:val="1F4E79"/>
              </w:rPr>
              <w:t>t qu</w:t>
            </w:r>
            <w:r>
              <w:rPr>
                <w:b/>
                <w:color w:val="1F4E79"/>
              </w:rPr>
              <w:t>ả</w:t>
            </w:r>
            <w:r>
              <w:rPr>
                <w:b/>
                <w:color w:val="1F4E79"/>
              </w:rPr>
              <w:t xml:space="preserve"> mong đ</w:t>
            </w:r>
            <w:r>
              <w:rPr>
                <w:b/>
                <w:color w:val="1F4E79"/>
              </w:rPr>
              <w:t>ợ</w:t>
            </w:r>
            <w:r>
              <w:rPr>
                <w:b/>
                <w:color w:val="1F4E79"/>
              </w:rPr>
              <w:t xml:space="preserve">i: </w:t>
            </w:r>
            <w:r>
              <w:t>Azure không cho xóa vì resource group đang b</w:t>
            </w:r>
            <w:r>
              <w:t>ị</w:t>
            </w:r>
            <w:r>
              <w:t xml:space="preserve"> lock. Không c</w:t>
            </w:r>
            <w:r>
              <w:t>ầ</w:t>
            </w:r>
            <w:r>
              <w:t>n xóa th</w:t>
            </w:r>
            <w:r>
              <w:t>ậ</w:t>
            </w:r>
            <w:r>
              <w:t>t trong bài h</w:t>
            </w:r>
            <w:r>
              <w:t>ọ</w:t>
            </w:r>
            <w:r>
              <w:t>c, ch</w:t>
            </w:r>
            <w:r>
              <w:t>ỉ</w:t>
            </w:r>
            <w:r>
              <w:t xml:space="preserve"> c</w:t>
            </w:r>
            <w:r>
              <w:t>ầ</w:t>
            </w:r>
            <w:r>
              <w:t>n cho h</w:t>
            </w:r>
            <w:r>
              <w:t>ọ</w:t>
            </w:r>
            <w:r>
              <w:t>c viên th</w:t>
            </w:r>
            <w:r>
              <w:t>ấ</w:t>
            </w:r>
            <w:r>
              <w:t>y lock có tác d</w:t>
            </w:r>
            <w:r>
              <w:t>ụ</w:t>
            </w:r>
            <w:r>
              <w:t>ng.</w:t>
            </w:r>
          </w:p>
        </w:tc>
      </w:tr>
    </w:tbl>
    <w:p w14:paraId="560F56ED" w14:textId="25F8ABC4" w:rsidR="0068736D" w:rsidRDefault="00B5276D">
      <w:r>
        <w:rPr>
          <w:noProof/>
        </w:rPr>
        <w:lastRenderedPageBreak/>
        <w:drawing>
          <wp:inline distT="0" distB="0" distL="0" distR="0" wp14:anchorId="4FE254E5" wp14:editId="30ACCFD9">
            <wp:extent cx="6399183" cy="2919483"/>
            <wp:effectExtent l="76200" t="76200" r="135255" b="128905"/>
            <wp:docPr id="2778143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81430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25474" cy="293147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586A5D4" w14:textId="77777777" w:rsidR="0068736D" w:rsidRDefault="00443064">
      <w:pPr>
        <w:pStyle w:val="Heading2"/>
      </w:pPr>
      <w:r>
        <w:rPr>
          <w:rFonts w:ascii="Arial" w:eastAsia="Arial" w:hAnsi="Arial"/>
        </w:rPr>
        <w:t>5.5. Bư</w:t>
      </w:r>
      <w:r>
        <w:rPr>
          <w:rFonts w:ascii="Arial" w:eastAsia="Arial" w:hAnsi="Arial"/>
        </w:rPr>
        <w:t>ớ</w:t>
      </w:r>
      <w:r>
        <w:rPr>
          <w:rFonts w:ascii="Arial" w:eastAsia="Arial" w:hAnsi="Arial"/>
        </w:rPr>
        <w:t>c 5 - Xóa Lock khi Cleanup</w:t>
      </w:r>
    </w:p>
    <w:p w14:paraId="399486CA" w14:textId="77777777" w:rsidR="0068736D" w:rsidRDefault="00443064">
      <w:pPr>
        <w:pStyle w:val="ListNumber"/>
      </w:pPr>
      <w:r>
        <w:t>Vào resource group rg-az900-lab06.</w:t>
      </w:r>
    </w:p>
    <w:p w14:paraId="1203C5E2" w14:textId="77777777" w:rsidR="0068736D" w:rsidRDefault="00443064">
      <w:pPr>
        <w:pStyle w:val="ListNumber"/>
      </w:pPr>
      <w:r>
        <w:t>Ch</w:t>
      </w:r>
      <w:r>
        <w:t>ọ</w:t>
      </w:r>
      <w:r>
        <w:t>n Locks.</w:t>
      </w:r>
    </w:p>
    <w:p w14:paraId="35CB220E" w14:textId="77777777" w:rsidR="0068736D" w:rsidRDefault="00443064">
      <w:pPr>
        <w:pStyle w:val="ListNumber"/>
      </w:pPr>
      <w:r>
        <w:t>Ch</w:t>
      </w:r>
      <w:r>
        <w:t>ọ</w:t>
      </w:r>
      <w:r>
        <w:t>n lock lock-no-delete-lab06.</w:t>
      </w:r>
    </w:p>
    <w:p w14:paraId="4CE63A58" w14:textId="77777777" w:rsidR="0068736D" w:rsidRDefault="00443064">
      <w:pPr>
        <w:pStyle w:val="ListNumber"/>
      </w:pPr>
      <w:r>
        <w:t>Ch</w:t>
      </w:r>
      <w:r>
        <w:t>ọ</w:t>
      </w:r>
      <w:r>
        <w:t>n Delete.</w:t>
      </w:r>
    </w:p>
    <w:p w14:paraId="375911D8" w14:textId="77777777" w:rsidR="0068736D" w:rsidRDefault="00443064">
      <w:pPr>
        <w:pStyle w:val="ListNumber"/>
      </w:pPr>
      <w:r>
        <w:t>Xác nh</w:t>
      </w:r>
      <w:r>
        <w:t>ậ</w:t>
      </w:r>
      <w:r>
        <w:t>n xóa lock.</w:t>
      </w:r>
    </w:p>
    <w:p w14:paraId="6F7CBA2D" w14:textId="364CDAE6" w:rsidR="00B5276D" w:rsidRDefault="00B5276D" w:rsidP="00B5276D">
      <w:pPr>
        <w:pStyle w:val="ListNumber"/>
        <w:numPr>
          <w:ilvl w:val="0"/>
          <w:numId w:val="0"/>
        </w:numPr>
        <w:ind w:left="360"/>
      </w:pPr>
      <w:r>
        <w:rPr>
          <w:noProof/>
        </w:rPr>
        <w:drawing>
          <wp:inline distT="0" distB="0" distL="0" distR="0" wp14:anchorId="3D766ECA" wp14:editId="5450A2A7">
            <wp:extent cx="6235890" cy="2934970"/>
            <wp:effectExtent l="76200" t="76200" r="127000" b="132080"/>
            <wp:docPr id="4488374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83741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37953" cy="293594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F0E5712" w14:textId="77777777" w:rsidR="0068736D" w:rsidRDefault="00443064">
      <w:pPr>
        <w:pStyle w:val="Heading1"/>
      </w:pPr>
      <w:r>
        <w:rPr>
          <w:rFonts w:ascii="Arial" w:eastAsia="Arial" w:hAnsi="Arial"/>
        </w:rPr>
        <w:t>6. Lab 06-D - Xem Cost Analysis</w:t>
      </w:r>
    </w:p>
    <w:p w14:paraId="142F31F2" w14:textId="77777777" w:rsidR="0068736D" w:rsidRDefault="00443064">
      <w:r>
        <w:t>M</w:t>
      </w:r>
      <w:r>
        <w:t>ụ</w:t>
      </w:r>
      <w:r>
        <w:t>c tiêu: h</w:t>
      </w:r>
      <w:r>
        <w:t>ọ</w:t>
      </w:r>
      <w:r>
        <w:t>c viên bi</w:t>
      </w:r>
      <w:r>
        <w:t>ế</w:t>
      </w:r>
      <w:r>
        <w:t>t cách xem chi phí Azure theo subscription, resource group, service ho</w:t>
      </w:r>
      <w:r>
        <w:t>ặ</w:t>
      </w:r>
      <w:r>
        <w:t>c th</w:t>
      </w:r>
      <w:r>
        <w:t>ờ</w:t>
      </w:r>
      <w:r>
        <w:t>i gian.</w:t>
      </w:r>
    </w:p>
    <w:p w14:paraId="719BD3AC" w14:textId="77777777" w:rsidR="0068736D" w:rsidRDefault="00443064">
      <w:pPr>
        <w:pStyle w:val="Heading2"/>
      </w:pPr>
      <w:r>
        <w:rPr>
          <w:rFonts w:ascii="Arial" w:eastAsia="Arial" w:hAnsi="Arial"/>
        </w:rPr>
        <w:t>6.1. Bư</w:t>
      </w:r>
      <w:r>
        <w:rPr>
          <w:rFonts w:ascii="Arial" w:eastAsia="Arial" w:hAnsi="Arial"/>
        </w:rPr>
        <w:t>ớ</w:t>
      </w:r>
      <w:r>
        <w:rPr>
          <w:rFonts w:ascii="Arial" w:eastAsia="Arial" w:hAnsi="Arial"/>
        </w:rPr>
        <w:t>c 1 - M</w:t>
      </w:r>
      <w:r>
        <w:rPr>
          <w:rFonts w:ascii="Arial" w:eastAsia="Arial" w:hAnsi="Arial"/>
        </w:rPr>
        <w:t>ở</w:t>
      </w:r>
      <w:r>
        <w:rPr>
          <w:rFonts w:ascii="Arial" w:eastAsia="Arial" w:hAnsi="Arial"/>
        </w:rPr>
        <w:t xml:space="preserve"> Cost Analysis </w:t>
      </w:r>
      <w:r>
        <w:rPr>
          <w:rFonts w:ascii="Arial" w:eastAsia="Arial" w:hAnsi="Arial"/>
        </w:rPr>
        <w:t>ở</w:t>
      </w:r>
      <w:r>
        <w:rPr>
          <w:rFonts w:ascii="Arial" w:eastAsia="Arial" w:hAnsi="Arial"/>
        </w:rPr>
        <w:t xml:space="preserve"> Subscription</w:t>
      </w:r>
    </w:p>
    <w:p w14:paraId="0214679F" w14:textId="77777777" w:rsidR="0068736D" w:rsidRDefault="00443064">
      <w:pPr>
        <w:pStyle w:val="ListNumber"/>
      </w:pPr>
      <w:r>
        <w:t>Trên Azure Portal, search Cost Management + Billing.</w:t>
      </w:r>
    </w:p>
    <w:p w14:paraId="63D7F53C" w14:textId="77777777" w:rsidR="0068736D" w:rsidRDefault="00443064">
      <w:pPr>
        <w:pStyle w:val="ListNumber"/>
      </w:pPr>
      <w:r>
        <w:lastRenderedPageBreak/>
        <w:t>Ch</w:t>
      </w:r>
      <w:r>
        <w:t>ọ</w:t>
      </w:r>
      <w:r>
        <w:t>n Cost Management + Billing.</w:t>
      </w:r>
    </w:p>
    <w:p w14:paraId="6EE7DAA9" w14:textId="77777777" w:rsidR="0068736D" w:rsidRDefault="00443064">
      <w:pPr>
        <w:pStyle w:val="ListNumber"/>
      </w:pPr>
      <w:r>
        <w:t>Vào Cost Management.</w:t>
      </w:r>
    </w:p>
    <w:p w14:paraId="4FBC6A66" w14:textId="77777777" w:rsidR="0068736D" w:rsidRDefault="00443064">
      <w:pPr>
        <w:pStyle w:val="ListNumber"/>
      </w:pPr>
      <w:r>
        <w:t>Ch</w:t>
      </w:r>
      <w:r>
        <w:t>ọ</w:t>
      </w:r>
      <w:r>
        <w:t>n Cost analysis.</w:t>
      </w:r>
    </w:p>
    <w:p w14:paraId="0A4A9F34" w14:textId="77777777" w:rsidR="0068736D" w:rsidRDefault="00443064">
      <w:pPr>
        <w:pStyle w:val="ListNumber"/>
      </w:pPr>
      <w:r>
        <w:t>Ki</w:t>
      </w:r>
      <w:r>
        <w:t>ể</w:t>
      </w:r>
      <w:r>
        <w:t>m tra Scope đang là subscription c</w:t>
      </w:r>
      <w:r>
        <w:t>ầ</w:t>
      </w:r>
      <w:r>
        <w:t>n xem.</w:t>
      </w:r>
    </w:p>
    <w:p w14:paraId="6BCA40B1" w14:textId="77777777" w:rsidR="0068736D" w:rsidRDefault="00443064">
      <w:pPr>
        <w:pStyle w:val="Heading2"/>
      </w:pPr>
      <w:r>
        <w:rPr>
          <w:rFonts w:ascii="Arial" w:eastAsia="Arial" w:hAnsi="Arial"/>
        </w:rPr>
        <w:t>6.2. Bư</w:t>
      </w:r>
      <w:r>
        <w:rPr>
          <w:rFonts w:ascii="Arial" w:eastAsia="Arial" w:hAnsi="Arial"/>
        </w:rPr>
        <w:t>ớ</w:t>
      </w:r>
      <w:r>
        <w:rPr>
          <w:rFonts w:ascii="Arial" w:eastAsia="Arial" w:hAnsi="Arial"/>
        </w:rPr>
        <w:t>c 2 - M</w:t>
      </w:r>
      <w:r>
        <w:rPr>
          <w:rFonts w:ascii="Arial" w:eastAsia="Arial" w:hAnsi="Arial"/>
        </w:rPr>
        <w:t>ở</w:t>
      </w:r>
      <w:r>
        <w:rPr>
          <w:rFonts w:ascii="Arial" w:eastAsia="Arial" w:hAnsi="Arial"/>
        </w:rPr>
        <w:t xml:space="preserve"> Cost Analysis </w:t>
      </w:r>
      <w:r>
        <w:rPr>
          <w:rFonts w:ascii="Arial" w:eastAsia="Arial" w:hAnsi="Arial"/>
        </w:rPr>
        <w:t>ở</w:t>
      </w:r>
      <w:r>
        <w:rPr>
          <w:rFonts w:ascii="Arial" w:eastAsia="Arial" w:hAnsi="Arial"/>
        </w:rPr>
        <w:t xml:space="preserve"> Resource Group</w:t>
      </w:r>
    </w:p>
    <w:p w14:paraId="4920A5FC" w14:textId="77777777" w:rsidR="0068736D" w:rsidRDefault="00443064">
      <w:pPr>
        <w:pStyle w:val="ListNumber"/>
      </w:pPr>
      <w:r>
        <w:t>Vào Resource groups.</w:t>
      </w:r>
    </w:p>
    <w:p w14:paraId="048C8CBE" w14:textId="77777777" w:rsidR="0068736D" w:rsidRDefault="00443064">
      <w:pPr>
        <w:pStyle w:val="ListNumber"/>
      </w:pPr>
      <w:r>
        <w:t>M</w:t>
      </w:r>
      <w:r>
        <w:t>ở</w:t>
      </w:r>
      <w:r>
        <w:t xml:space="preserve"> rg-az900-lab06.</w:t>
      </w:r>
    </w:p>
    <w:p w14:paraId="1F00007C" w14:textId="77777777" w:rsidR="0068736D" w:rsidRDefault="00443064">
      <w:pPr>
        <w:pStyle w:val="ListNumber"/>
      </w:pPr>
      <w:r>
        <w:t>Menu bên trái ch</w:t>
      </w:r>
      <w:r>
        <w:t>ọ</w:t>
      </w:r>
      <w:r>
        <w:t>n Cost Management.</w:t>
      </w:r>
    </w:p>
    <w:p w14:paraId="5E1F5602" w14:textId="77777777" w:rsidR="0068736D" w:rsidRDefault="00443064">
      <w:pPr>
        <w:pStyle w:val="ListNumber"/>
      </w:pPr>
      <w:r>
        <w:t>Ch</w:t>
      </w:r>
      <w:r>
        <w:t>ọ</w:t>
      </w:r>
      <w:r>
        <w:t>n Cost analysis.</w:t>
      </w:r>
    </w:p>
    <w:p w14:paraId="025B5290" w14:textId="153EEB0D" w:rsidR="00061A51" w:rsidRDefault="00061A51" w:rsidP="00061A51">
      <w:pPr>
        <w:pStyle w:val="ListNumber"/>
        <w:numPr>
          <w:ilvl w:val="0"/>
          <w:numId w:val="0"/>
        </w:numPr>
        <w:ind w:left="360"/>
      </w:pPr>
      <w:r>
        <w:rPr>
          <w:noProof/>
        </w:rPr>
        <w:drawing>
          <wp:inline distT="0" distB="0" distL="0" distR="0" wp14:anchorId="3086F17B" wp14:editId="1B7CADA2">
            <wp:extent cx="6400800" cy="3124200"/>
            <wp:effectExtent l="76200" t="76200" r="133350" b="133350"/>
            <wp:docPr id="19172529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1242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3337712" w14:textId="77777777" w:rsidR="0068736D" w:rsidRDefault="00443064">
      <w:pPr>
        <w:pStyle w:val="Heading2"/>
      </w:pPr>
      <w:r>
        <w:rPr>
          <w:rFonts w:ascii="Arial" w:eastAsia="Arial" w:hAnsi="Arial"/>
        </w:rPr>
        <w:t>6.3. Bư</w:t>
      </w:r>
      <w:r>
        <w:rPr>
          <w:rFonts w:ascii="Arial" w:eastAsia="Arial" w:hAnsi="Arial"/>
        </w:rPr>
        <w:t>ớ</w:t>
      </w:r>
      <w:r>
        <w:rPr>
          <w:rFonts w:ascii="Arial" w:eastAsia="Arial" w:hAnsi="Arial"/>
        </w:rPr>
        <w:t>c 3 - Ch</w:t>
      </w:r>
      <w:r>
        <w:rPr>
          <w:rFonts w:ascii="Arial" w:eastAsia="Arial" w:hAnsi="Arial"/>
        </w:rPr>
        <w:t>ọ</w:t>
      </w:r>
      <w:r>
        <w:rPr>
          <w:rFonts w:ascii="Arial" w:eastAsia="Arial" w:hAnsi="Arial"/>
        </w:rPr>
        <w:t>n kho</w:t>
      </w:r>
      <w:r>
        <w:rPr>
          <w:rFonts w:ascii="Arial" w:eastAsia="Arial" w:hAnsi="Arial"/>
        </w:rPr>
        <w:t>ả</w:t>
      </w:r>
      <w:r>
        <w:rPr>
          <w:rFonts w:ascii="Arial" w:eastAsia="Arial" w:hAnsi="Arial"/>
        </w:rPr>
        <w:t>ng th</w:t>
      </w:r>
      <w:r>
        <w:rPr>
          <w:rFonts w:ascii="Arial" w:eastAsia="Arial" w:hAnsi="Arial"/>
        </w:rPr>
        <w:t>ờ</w:t>
      </w:r>
      <w:r>
        <w:rPr>
          <w:rFonts w:ascii="Arial" w:eastAsia="Arial" w:hAnsi="Arial"/>
        </w:rPr>
        <w:t>i gian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49"/>
        <w:gridCol w:w="7147"/>
      </w:tblGrid>
      <w:tr w:rsidR="0068736D" w14:paraId="1AE6BC64" w14:textId="77777777">
        <w:trPr>
          <w:jc w:val="center"/>
        </w:trPr>
        <w:tc>
          <w:tcPr>
            <w:tcW w:w="3168" w:type="dxa"/>
            <w:shd w:val="clear" w:color="auto" w:fill="1F4E79"/>
            <w:vAlign w:val="center"/>
          </w:tcPr>
          <w:p w14:paraId="186BE068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Time range</w:t>
            </w:r>
          </w:p>
        </w:tc>
        <w:tc>
          <w:tcPr>
            <w:tcW w:w="7200" w:type="dxa"/>
            <w:shd w:val="clear" w:color="auto" w:fill="1F4E79"/>
            <w:vAlign w:val="center"/>
          </w:tcPr>
          <w:p w14:paraId="7D8CBAC9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Ý nghĩa</w:t>
            </w:r>
          </w:p>
        </w:tc>
      </w:tr>
      <w:tr w:rsidR="0068736D" w14:paraId="4088E7ED" w14:textId="77777777">
        <w:trPr>
          <w:jc w:val="center"/>
        </w:trPr>
        <w:tc>
          <w:tcPr>
            <w:tcW w:w="3168" w:type="dxa"/>
            <w:vAlign w:val="center"/>
          </w:tcPr>
          <w:p w14:paraId="20D5F61D" w14:textId="77777777" w:rsidR="0068736D" w:rsidRDefault="00443064">
            <w:pPr>
              <w:spacing w:after="0"/>
            </w:pPr>
            <w:r>
              <w:t>Month to date</w:t>
            </w:r>
          </w:p>
        </w:tc>
        <w:tc>
          <w:tcPr>
            <w:tcW w:w="7200" w:type="dxa"/>
            <w:vAlign w:val="center"/>
          </w:tcPr>
          <w:p w14:paraId="4B4F6956" w14:textId="77777777" w:rsidR="0068736D" w:rsidRDefault="00443064">
            <w:pPr>
              <w:spacing w:after="0"/>
            </w:pPr>
            <w:r>
              <w:t>T</w:t>
            </w:r>
            <w:r>
              <w:t>ừ</w:t>
            </w:r>
            <w:r>
              <w:t xml:space="preserve"> đ</w:t>
            </w:r>
            <w:r>
              <w:t>ầ</w:t>
            </w:r>
            <w:r>
              <w:t>u tháng đ</w:t>
            </w:r>
            <w:r>
              <w:t>ế</w:t>
            </w:r>
            <w:r>
              <w:t>n hi</w:t>
            </w:r>
            <w:r>
              <w:t>ệ</w:t>
            </w:r>
            <w:r>
              <w:t>n t</w:t>
            </w:r>
            <w:r>
              <w:t>ạ</w:t>
            </w:r>
            <w:r>
              <w:t>i.</w:t>
            </w:r>
          </w:p>
        </w:tc>
      </w:tr>
      <w:tr w:rsidR="0068736D" w14:paraId="5E097DD3" w14:textId="77777777">
        <w:trPr>
          <w:jc w:val="center"/>
        </w:trPr>
        <w:tc>
          <w:tcPr>
            <w:tcW w:w="3168" w:type="dxa"/>
            <w:vAlign w:val="center"/>
          </w:tcPr>
          <w:p w14:paraId="5F364736" w14:textId="77777777" w:rsidR="0068736D" w:rsidRDefault="00443064">
            <w:pPr>
              <w:spacing w:after="0"/>
            </w:pPr>
            <w:r>
              <w:t>Last month</w:t>
            </w:r>
          </w:p>
        </w:tc>
        <w:tc>
          <w:tcPr>
            <w:tcW w:w="7200" w:type="dxa"/>
            <w:vAlign w:val="center"/>
          </w:tcPr>
          <w:p w14:paraId="4056D3D6" w14:textId="77777777" w:rsidR="0068736D" w:rsidRDefault="00443064">
            <w:pPr>
              <w:spacing w:after="0"/>
            </w:pPr>
            <w:r>
              <w:t>Tháng trư</w:t>
            </w:r>
            <w:r>
              <w:t>ớ</w:t>
            </w:r>
            <w:r>
              <w:t>c.</w:t>
            </w:r>
          </w:p>
        </w:tc>
      </w:tr>
      <w:tr w:rsidR="0068736D" w14:paraId="621DB858" w14:textId="77777777">
        <w:trPr>
          <w:jc w:val="center"/>
        </w:trPr>
        <w:tc>
          <w:tcPr>
            <w:tcW w:w="3168" w:type="dxa"/>
            <w:vAlign w:val="center"/>
          </w:tcPr>
          <w:p w14:paraId="2D2CF3A0" w14:textId="77777777" w:rsidR="0068736D" w:rsidRDefault="00443064">
            <w:pPr>
              <w:spacing w:after="0"/>
            </w:pPr>
            <w:r>
              <w:t>Last 7 days</w:t>
            </w:r>
          </w:p>
        </w:tc>
        <w:tc>
          <w:tcPr>
            <w:tcW w:w="7200" w:type="dxa"/>
            <w:vAlign w:val="center"/>
          </w:tcPr>
          <w:p w14:paraId="308B1126" w14:textId="77777777" w:rsidR="0068736D" w:rsidRDefault="00443064">
            <w:pPr>
              <w:spacing w:after="0"/>
            </w:pPr>
            <w:r>
              <w:t>7 ngày g</w:t>
            </w:r>
            <w:r>
              <w:t>ầ</w:t>
            </w:r>
            <w:r>
              <w:t>n nh</w:t>
            </w:r>
            <w:r>
              <w:t>ấ</w:t>
            </w:r>
            <w:r>
              <w:t>t.</w:t>
            </w:r>
          </w:p>
        </w:tc>
      </w:tr>
      <w:tr w:rsidR="0068736D" w14:paraId="57D07E03" w14:textId="77777777">
        <w:trPr>
          <w:jc w:val="center"/>
        </w:trPr>
        <w:tc>
          <w:tcPr>
            <w:tcW w:w="3168" w:type="dxa"/>
            <w:vAlign w:val="center"/>
          </w:tcPr>
          <w:p w14:paraId="2935E422" w14:textId="77777777" w:rsidR="0068736D" w:rsidRDefault="00443064">
            <w:pPr>
              <w:spacing w:after="0"/>
            </w:pPr>
            <w:r>
              <w:t>Custom</w:t>
            </w:r>
          </w:p>
        </w:tc>
        <w:tc>
          <w:tcPr>
            <w:tcW w:w="7200" w:type="dxa"/>
            <w:vAlign w:val="center"/>
          </w:tcPr>
          <w:p w14:paraId="137DAFDD" w14:textId="77777777" w:rsidR="0068736D" w:rsidRDefault="00443064">
            <w:pPr>
              <w:spacing w:after="0"/>
            </w:pPr>
            <w:r>
              <w:t>T</w:t>
            </w:r>
            <w:r>
              <w:t>ự</w:t>
            </w:r>
            <w:r>
              <w:t xml:space="preserve"> ch</w:t>
            </w:r>
            <w:r>
              <w:t>ọ</w:t>
            </w:r>
            <w:r>
              <w:t>n ngày.</w:t>
            </w:r>
          </w:p>
        </w:tc>
      </w:tr>
    </w:tbl>
    <w:p w14:paraId="747F12ED" w14:textId="77777777" w:rsidR="0068736D" w:rsidRDefault="0068736D"/>
    <w:p w14:paraId="4A060622" w14:textId="77777777" w:rsidR="0068736D" w:rsidRDefault="00443064">
      <w:pPr>
        <w:pStyle w:val="CodeBlock"/>
      </w:pPr>
      <w:r>
        <w:t>G</w:t>
      </w:r>
      <w:r>
        <w:t>ợ</w:t>
      </w:r>
      <w:r>
        <w:t>i ý cho bài lab: ch</w:t>
      </w:r>
      <w:r>
        <w:t>ọ</w:t>
      </w:r>
      <w:r>
        <w:t>n Month to date ho</w:t>
      </w:r>
      <w:r>
        <w:t>ặ</w:t>
      </w:r>
      <w:r>
        <w:t>c Custom t</w:t>
      </w:r>
      <w:r>
        <w:t>ừ</w:t>
      </w:r>
      <w:r>
        <w:t xml:space="preserve"> 2026-05-01 đ</w:t>
      </w:r>
      <w:r>
        <w:t>ế</w:t>
      </w:r>
      <w:r>
        <w:t>n 2026-05-31.</w:t>
      </w:r>
    </w:p>
    <w:p w14:paraId="64261FE4" w14:textId="77777777" w:rsidR="0068736D" w:rsidRDefault="00443064">
      <w:pPr>
        <w:pStyle w:val="Heading2"/>
      </w:pPr>
      <w:r>
        <w:rPr>
          <w:rFonts w:ascii="Arial" w:eastAsia="Arial" w:hAnsi="Arial"/>
        </w:rPr>
        <w:t>6.4. Bư</w:t>
      </w:r>
      <w:r>
        <w:rPr>
          <w:rFonts w:ascii="Arial" w:eastAsia="Arial" w:hAnsi="Arial"/>
        </w:rPr>
        <w:t>ớ</w:t>
      </w:r>
      <w:r>
        <w:rPr>
          <w:rFonts w:ascii="Arial" w:eastAsia="Arial" w:hAnsi="Arial"/>
        </w:rPr>
        <w:t>c 4 - Group chi phí theo Service</w:t>
      </w:r>
    </w:p>
    <w:p w14:paraId="25A249FE" w14:textId="77777777" w:rsidR="0068736D" w:rsidRDefault="00443064">
      <w:pPr>
        <w:pStyle w:val="ListNumber"/>
      </w:pPr>
      <w:r>
        <w:t>Trong Cost Analysis, tìm m</w:t>
      </w:r>
      <w:r>
        <w:t>ụ</w:t>
      </w:r>
      <w:r>
        <w:t>c Group by.</w:t>
      </w:r>
    </w:p>
    <w:p w14:paraId="5DFD58C8" w14:textId="77777777" w:rsidR="0068736D" w:rsidRDefault="00443064">
      <w:pPr>
        <w:pStyle w:val="ListNumber"/>
      </w:pPr>
      <w:r>
        <w:t>Ch</w:t>
      </w:r>
      <w:r>
        <w:t>ọ</w:t>
      </w:r>
      <w:r>
        <w:t>n Service name.</w:t>
      </w:r>
    </w:p>
    <w:p w14:paraId="5B43E3BF" w14:textId="77777777" w:rsidR="0068736D" w:rsidRDefault="00443064">
      <w:pPr>
        <w:pStyle w:val="ListNumber"/>
      </w:pPr>
      <w:r>
        <w:t>Quan sát chi phí theo t</w:t>
      </w:r>
      <w:r>
        <w:t>ừ</w:t>
      </w:r>
      <w:r>
        <w:t>ng d</w:t>
      </w:r>
      <w:r>
        <w:t>ị</w:t>
      </w:r>
      <w:r>
        <w:t>ch v</w:t>
      </w:r>
      <w:r>
        <w:t>ụ</w:t>
      </w:r>
      <w:r>
        <w:t xml:space="preserve"> Azure.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49"/>
        <w:gridCol w:w="7147"/>
      </w:tblGrid>
      <w:tr w:rsidR="0068736D" w14:paraId="46D5FC6A" w14:textId="77777777">
        <w:trPr>
          <w:jc w:val="center"/>
        </w:trPr>
        <w:tc>
          <w:tcPr>
            <w:tcW w:w="3168" w:type="dxa"/>
            <w:shd w:val="clear" w:color="auto" w:fill="1F4E79"/>
            <w:vAlign w:val="center"/>
          </w:tcPr>
          <w:p w14:paraId="5684F03A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Service</w:t>
            </w:r>
          </w:p>
        </w:tc>
        <w:tc>
          <w:tcPr>
            <w:tcW w:w="7200" w:type="dxa"/>
            <w:shd w:val="clear" w:color="auto" w:fill="1F4E79"/>
            <w:vAlign w:val="center"/>
          </w:tcPr>
          <w:p w14:paraId="4500B2BE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Ý nghĩa</w:t>
            </w:r>
          </w:p>
        </w:tc>
      </w:tr>
      <w:tr w:rsidR="0068736D" w14:paraId="1844F2B4" w14:textId="77777777">
        <w:trPr>
          <w:jc w:val="center"/>
        </w:trPr>
        <w:tc>
          <w:tcPr>
            <w:tcW w:w="3168" w:type="dxa"/>
            <w:vAlign w:val="center"/>
          </w:tcPr>
          <w:p w14:paraId="1A413CBC" w14:textId="77777777" w:rsidR="0068736D" w:rsidRDefault="00443064">
            <w:pPr>
              <w:spacing w:after="0"/>
            </w:pPr>
            <w:r>
              <w:t>Storage</w:t>
            </w:r>
          </w:p>
        </w:tc>
        <w:tc>
          <w:tcPr>
            <w:tcW w:w="7200" w:type="dxa"/>
            <w:vAlign w:val="center"/>
          </w:tcPr>
          <w:p w14:paraId="53C3C40C" w14:textId="77777777" w:rsidR="0068736D" w:rsidRDefault="00443064">
            <w:pPr>
              <w:spacing w:after="0"/>
            </w:pPr>
            <w:r>
              <w:t>Chi phí Storage Account.</w:t>
            </w:r>
          </w:p>
        </w:tc>
      </w:tr>
      <w:tr w:rsidR="0068736D" w14:paraId="0C80C8E8" w14:textId="77777777">
        <w:trPr>
          <w:jc w:val="center"/>
        </w:trPr>
        <w:tc>
          <w:tcPr>
            <w:tcW w:w="3168" w:type="dxa"/>
            <w:vAlign w:val="center"/>
          </w:tcPr>
          <w:p w14:paraId="281F9DE9" w14:textId="77777777" w:rsidR="0068736D" w:rsidRDefault="00443064">
            <w:pPr>
              <w:spacing w:after="0"/>
            </w:pPr>
            <w:r>
              <w:t>Virtual Machines</w:t>
            </w:r>
          </w:p>
        </w:tc>
        <w:tc>
          <w:tcPr>
            <w:tcW w:w="7200" w:type="dxa"/>
            <w:vAlign w:val="center"/>
          </w:tcPr>
          <w:p w14:paraId="5FF9C829" w14:textId="77777777" w:rsidR="0068736D" w:rsidRDefault="00443064">
            <w:pPr>
              <w:spacing w:after="0"/>
            </w:pPr>
            <w:r>
              <w:t xml:space="preserve">Chi phí máy </w:t>
            </w:r>
            <w:r>
              <w:t>ả</w:t>
            </w:r>
            <w:r>
              <w:t>o.</w:t>
            </w:r>
          </w:p>
        </w:tc>
      </w:tr>
      <w:tr w:rsidR="0068736D" w14:paraId="33D639BC" w14:textId="77777777">
        <w:trPr>
          <w:jc w:val="center"/>
        </w:trPr>
        <w:tc>
          <w:tcPr>
            <w:tcW w:w="3168" w:type="dxa"/>
            <w:vAlign w:val="center"/>
          </w:tcPr>
          <w:p w14:paraId="43A810FF" w14:textId="77777777" w:rsidR="0068736D" w:rsidRDefault="00443064">
            <w:pPr>
              <w:spacing w:after="0"/>
            </w:pPr>
            <w:r>
              <w:t>Bandwidth</w:t>
            </w:r>
          </w:p>
        </w:tc>
        <w:tc>
          <w:tcPr>
            <w:tcW w:w="7200" w:type="dxa"/>
            <w:vAlign w:val="center"/>
          </w:tcPr>
          <w:p w14:paraId="21A0E0A1" w14:textId="77777777" w:rsidR="0068736D" w:rsidRDefault="00443064">
            <w:pPr>
              <w:spacing w:after="0"/>
            </w:pPr>
            <w:r>
              <w:t>Chi phí network egress.</w:t>
            </w:r>
          </w:p>
        </w:tc>
      </w:tr>
      <w:tr w:rsidR="0068736D" w14:paraId="187E570A" w14:textId="77777777">
        <w:trPr>
          <w:jc w:val="center"/>
        </w:trPr>
        <w:tc>
          <w:tcPr>
            <w:tcW w:w="3168" w:type="dxa"/>
            <w:vAlign w:val="center"/>
          </w:tcPr>
          <w:p w14:paraId="3C71B272" w14:textId="77777777" w:rsidR="0068736D" w:rsidRDefault="00443064">
            <w:pPr>
              <w:spacing w:after="0"/>
            </w:pPr>
            <w:r>
              <w:t>Log Analytics</w:t>
            </w:r>
          </w:p>
        </w:tc>
        <w:tc>
          <w:tcPr>
            <w:tcW w:w="7200" w:type="dxa"/>
            <w:vAlign w:val="center"/>
          </w:tcPr>
          <w:p w14:paraId="70D78E63" w14:textId="77777777" w:rsidR="0068736D" w:rsidRDefault="00443064">
            <w:pPr>
              <w:spacing w:after="0"/>
            </w:pPr>
            <w:r>
              <w:t>Chi phí log/monitoring.</w:t>
            </w:r>
          </w:p>
        </w:tc>
      </w:tr>
    </w:tbl>
    <w:p w14:paraId="41DDE3D7" w14:textId="77777777" w:rsidR="0068736D" w:rsidRDefault="0068736D"/>
    <w:p w14:paraId="787A7456" w14:textId="77777777" w:rsidR="0068736D" w:rsidRDefault="00443064">
      <w:pPr>
        <w:pStyle w:val="Heading2"/>
      </w:pPr>
      <w:r>
        <w:rPr>
          <w:rFonts w:ascii="Arial" w:eastAsia="Arial" w:hAnsi="Arial"/>
        </w:rPr>
        <w:lastRenderedPageBreak/>
        <w:t>6.5. Bư</w:t>
      </w:r>
      <w:r>
        <w:rPr>
          <w:rFonts w:ascii="Arial" w:eastAsia="Arial" w:hAnsi="Arial"/>
        </w:rPr>
        <w:t>ớ</w:t>
      </w:r>
      <w:r>
        <w:rPr>
          <w:rFonts w:ascii="Arial" w:eastAsia="Arial" w:hAnsi="Arial"/>
        </w:rPr>
        <w:t>c 5 - Group chi phí theo Resource</w:t>
      </w:r>
    </w:p>
    <w:p w14:paraId="0CCE0127" w14:textId="77777777" w:rsidR="0068736D" w:rsidRDefault="00443064">
      <w:pPr>
        <w:pStyle w:val="ListNumber"/>
      </w:pPr>
      <w:r>
        <w:t>Ch</w:t>
      </w:r>
      <w:r>
        <w:t>ọ</w:t>
      </w:r>
      <w:r>
        <w:t>n Group by.</w:t>
      </w:r>
    </w:p>
    <w:p w14:paraId="560EFD06" w14:textId="77777777" w:rsidR="0068736D" w:rsidRDefault="00443064">
      <w:pPr>
        <w:pStyle w:val="ListNumber"/>
      </w:pPr>
      <w:r>
        <w:t>Ch</w:t>
      </w:r>
      <w:r>
        <w:t>ọ</w:t>
      </w:r>
      <w:r>
        <w:t>n Resource.</w:t>
      </w:r>
    </w:p>
    <w:p w14:paraId="180DB070" w14:textId="77777777" w:rsidR="0068736D" w:rsidRDefault="00443064">
      <w:pPr>
        <w:pStyle w:val="ListNumber"/>
      </w:pPr>
      <w:r>
        <w:t>Quan sát tài nguyên nào phát sinh chi phí nhi</w:t>
      </w:r>
      <w:r>
        <w:t>ề</w:t>
      </w:r>
      <w:r>
        <w:t>u nh</w:t>
      </w:r>
      <w:r>
        <w:t>ấ</w:t>
      </w:r>
      <w:r>
        <w:t>t.</w:t>
      </w:r>
    </w:p>
    <w:p w14:paraId="603689AF" w14:textId="77777777" w:rsidR="0068736D" w:rsidRDefault="00443064">
      <w:pPr>
        <w:pStyle w:val="Heading2"/>
      </w:pPr>
      <w:r>
        <w:rPr>
          <w:rFonts w:ascii="Arial" w:eastAsia="Arial" w:hAnsi="Arial"/>
        </w:rPr>
        <w:t>6.6. Bư</w:t>
      </w:r>
      <w:r>
        <w:rPr>
          <w:rFonts w:ascii="Arial" w:eastAsia="Arial" w:hAnsi="Arial"/>
        </w:rPr>
        <w:t>ớ</w:t>
      </w:r>
      <w:r>
        <w:rPr>
          <w:rFonts w:ascii="Arial" w:eastAsia="Arial" w:hAnsi="Arial"/>
        </w:rPr>
        <w:t>c 6 - L</w:t>
      </w:r>
      <w:r>
        <w:rPr>
          <w:rFonts w:ascii="Arial" w:eastAsia="Arial" w:hAnsi="Arial"/>
        </w:rPr>
        <w:t>ọ</w:t>
      </w:r>
      <w:r>
        <w:rPr>
          <w:rFonts w:ascii="Arial" w:eastAsia="Arial" w:hAnsi="Arial"/>
        </w:rPr>
        <w:t>c theo Resource Group</w:t>
      </w:r>
    </w:p>
    <w:p w14:paraId="274CE5FA" w14:textId="77777777" w:rsidR="0068736D" w:rsidRDefault="00443064">
      <w:pPr>
        <w:pStyle w:val="ListNumber"/>
      </w:pPr>
      <w:r>
        <w:t>N</w:t>
      </w:r>
      <w:r>
        <w:t>ế</w:t>
      </w:r>
      <w:r>
        <w:t xml:space="preserve">u đang </w:t>
      </w:r>
      <w:r>
        <w:t>ở</w:t>
      </w:r>
      <w:r>
        <w:t xml:space="preserve"> subscription scope, ch</w:t>
      </w:r>
      <w:r>
        <w:t>ọ</w:t>
      </w:r>
      <w:r>
        <w:t>n Add filter.</w:t>
      </w:r>
    </w:p>
    <w:p w14:paraId="4C1F74C5" w14:textId="77777777" w:rsidR="0068736D" w:rsidRDefault="00443064">
      <w:pPr>
        <w:pStyle w:val="ListNumber"/>
      </w:pPr>
      <w:r>
        <w:t>Ch</w:t>
      </w:r>
      <w:r>
        <w:t>ọ</w:t>
      </w:r>
      <w:r>
        <w:t>n Resource group.</w:t>
      </w:r>
    </w:p>
    <w:p w14:paraId="6DCF984F" w14:textId="77777777" w:rsidR="0068736D" w:rsidRDefault="00443064">
      <w:pPr>
        <w:pStyle w:val="ListNumber"/>
      </w:pPr>
      <w:r>
        <w:t>Ch</w:t>
      </w:r>
      <w:r>
        <w:t>ọ</w:t>
      </w:r>
      <w:r>
        <w:t>n rg-az900-lab06.</w:t>
      </w:r>
    </w:p>
    <w:p w14:paraId="5012FA5F" w14:textId="77777777" w:rsidR="0068736D" w:rsidRDefault="00443064">
      <w:pPr>
        <w:pStyle w:val="ListNumber"/>
      </w:pPr>
      <w:r>
        <w:t>Apply filter.</w:t>
      </w:r>
    </w:p>
    <w:p w14:paraId="031BE91B" w14:textId="77777777" w:rsidR="0068736D" w:rsidRDefault="00443064">
      <w:pPr>
        <w:pStyle w:val="CodeBlock"/>
      </w:pPr>
      <w:r>
        <w:t>K</w:t>
      </w:r>
      <w:r>
        <w:t>ế</w:t>
      </w:r>
      <w:r>
        <w:t>t qu</w:t>
      </w:r>
      <w:r>
        <w:t>ả</w:t>
      </w:r>
      <w:r>
        <w:t>: Cost Analysis ch</w:t>
      </w:r>
      <w:r>
        <w:t>ỉ</w:t>
      </w:r>
      <w:r>
        <w:t xml:space="preserve"> hi</w:t>
      </w:r>
      <w:r>
        <w:t>ể</w:t>
      </w:r>
      <w:r>
        <w:t>n th</w:t>
      </w:r>
      <w:r>
        <w:t>ị</w:t>
      </w:r>
      <w:r>
        <w:t xml:space="preserve"> chi phí c</w:t>
      </w:r>
      <w:r>
        <w:t>ủ</w:t>
      </w:r>
      <w:r>
        <w:t>a resource group rg-az900-lab06.</w:t>
      </w:r>
    </w:p>
    <w:p w14:paraId="60CA5512" w14:textId="77777777" w:rsidR="0068736D" w:rsidRDefault="00443064">
      <w:pPr>
        <w:pStyle w:val="Heading2"/>
      </w:pPr>
      <w:r>
        <w:rPr>
          <w:rFonts w:ascii="Arial" w:eastAsia="Arial" w:hAnsi="Arial"/>
        </w:rPr>
        <w:t>6.7. Bư</w:t>
      </w:r>
      <w:r>
        <w:rPr>
          <w:rFonts w:ascii="Arial" w:eastAsia="Arial" w:hAnsi="Arial"/>
        </w:rPr>
        <w:t>ớ</w:t>
      </w:r>
      <w:r>
        <w:rPr>
          <w:rFonts w:ascii="Arial" w:eastAsia="Arial" w:hAnsi="Arial"/>
        </w:rPr>
        <w:t>c 7 - Xem Budget và Cost Alerts</w:t>
      </w:r>
    </w:p>
    <w:p w14:paraId="4D2E9072" w14:textId="77777777" w:rsidR="0068736D" w:rsidRDefault="00443064">
      <w:pPr>
        <w:pStyle w:val="ListNumber"/>
      </w:pPr>
      <w:r>
        <w:t>Trong Cost Management, ch</w:t>
      </w:r>
      <w:r>
        <w:t>ọ</w:t>
      </w:r>
      <w:r>
        <w:t>n Budgets.</w:t>
      </w:r>
    </w:p>
    <w:p w14:paraId="0E684E64" w14:textId="77777777" w:rsidR="0068736D" w:rsidRDefault="00443064">
      <w:pPr>
        <w:pStyle w:val="ListNumber"/>
      </w:pPr>
      <w:r>
        <w:t>Ki</w:t>
      </w:r>
      <w:r>
        <w:t>ể</w:t>
      </w:r>
      <w:r>
        <w:t>m tra budget-learning-10usd.</w:t>
      </w:r>
    </w:p>
    <w:p w14:paraId="52941829" w14:textId="77777777" w:rsidR="0068736D" w:rsidRDefault="00443064">
      <w:pPr>
        <w:pStyle w:val="ListNumber"/>
      </w:pPr>
      <w:r>
        <w:t>Xem Current cost, Budget amount, Forecast và Alert threshold.</w:t>
      </w:r>
    </w:p>
    <w:p w14:paraId="166FC1D3" w14:textId="77777777" w:rsidR="0068736D" w:rsidRDefault="00443064">
      <w:pPr>
        <w:pStyle w:val="ListNumber"/>
      </w:pPr>
      <w:r>
        <w:t>Ch</w:t>
      </w:r>
      <w:r>
        <w:t>ọ</w:t>
      </w:r>
      <w:r>
        <w:t>n Cost alerts đ</w:t>
      </w:r>
      <w:r>
        <w:t>ể</w:t>
      </w:r>
      <w:r>
        <w:t xml:space="preserve"> xem các c</w:t>
      </w:r>
      <w:r>
        <w:t>ả</w:t>
      </w:r>
      <w:r>
        <w:t>nh báo đã phát sinh.</w:t>
      </w:r>
    </w:p>
    <w:p w14:paraId="586B88D4" w14:textId="77777777" w:rsidR="0068736D" w:rsidRDefault="00443064">
      <w:pPr>
        <w:pStyle w:val="ListNumber"/>
      </w:pPr>
      <w:r>
        <w:t>N</w:t>
      </w:r>
      <w:r>
        <w:t>ế</w:t>
      </w:r>
      <w:r>
        <w:t>u chi phí chưa vư</w:t>
      </w:r>
      <w:r>
        <w:t>ợ</w:t>
      </w:r>
      <w:r>
        <w:t>t 80% ho</w:t>
      </w:r>
      <w:r>
        <w:t>ặ</w:t>
      </w:r>
      <w:r>
        <w:t>c 100%, s</w:t>
      </w:r>
      <w:r>
        <w:t>ẽ</w:t>
      </w:r>
      <w:r>
        <w:t xml:space="preserve"> chưa có alert.</w:t>
      </w:r>
    </w:p>
    <w:p w14:paraId="306D0A4D" w14:textId="77777777" w:rsidR="0068736D" w:rsidRDefault="00443064">
      <w:pPr>
        <w:pStyle w:val="Heading1"/>
      </w:pPr>
      <w:r>
        <w:rPr>
          <w:rFonts w:ascii="Arial" w:eastAsia="Arial" w:hAnsi="Arial"/>
        </w:rPr>
        <w:t>7. Ki</w:t>
      </w:r>
      <w:r>
        <w:rPr>
          <w:rFonts w:ascii="Arial" w:eastAsia="Arial" w:hAnsi="Arial"/>
        </w:rPr>
        <w:t>ể</w:t>
      </w:r>
      <w:r>
        <w:rPr>
          <w:rFonts w:ascii="Arial" w:eastAsia="Arial" w:hAnsi="Arial"/>
        </w:rPr>
        <w:t>m tra k</w:t>
      </w:r>
      <w:r>
        <w:rPr>
          <w:rFonts w:ascii="Arial" w:eastAsia="Arial" w:hAnsi="Arial"/>
        </w:rPr>
        <w:t>ế</w:t>
      </w:r>
      <w:r>
        <w:rPr>
          <w:rFonts w:ascii="Arial" w:eastAsia="Arial" w:hAnsi="Arial"/>
        </w:rPr>
        <w:t>t qu</w:t>
      </w:r>
      <w:r>
        <w:rPr>
          <w:rFonts w:ascii="Arial" w:eastAsia="Arial" w:hAnsi="Arial"/>
        </w:rPr>
        <w:t>ả</w:t>
      </w:r>
      <w:r>
        <w:rPr>
          <w:rFonts w:ascii="Arial" w:eastAsia="Arial" w:hAnsi="Arial"/>
        </w:rPr>
        <w:t xml:space="preserve"> cu</w:t>
      </w:r>
      <w:r>
        <w:rPr>
          <w:rFonts w:ascii="Arial" w:eastAsia="Arial" w:hAnsi="Arial"/>
        </w:rPr>
        <w:t>ố</w:t>
      </w:r>
      <w:r>
        <w:rPr>
          <w:rFonts w:ascii="Arial" w:eastAsia="Arial" w:hAnsi="Arial"/>
        </w:rPr>
        <w:t>i bài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73"/>
        <w:gridCol w:w="7723"/>
      </w:tblGrid>
      <w:tr w:rsidR="0068736D" w14:paraId="77E0DF34" w14:textId="77777777">
        <w:trPr>
          <w:jc w:val="center"/>
        </w:trPr>
        <w:tc>
          <w:tcPr>
            <w:tcW w:w="2592" w:type="dxa"/>
            <w:shd w:val="clear" w:color="auto" w:fill="1F4E79"/>
            <w:vAlign w:val="center"/>
          </w:tcPr>
          <w:p w14:paraId="62310B48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Lab</w:t>
            </w:r>
          </w:p>
        </w:tc>
        <w:tc>
          <w:tcPr>
            <w:tcW w:w="7776" w:type="dxa"/>
            <w:shd w:val="clear" w:color="auto" w:fill="1F4E79"/>
            <w:vAlign w:val="center"/>
          </w:tcPr>
          <w:p w14:paraId="0E8AA4CC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K</w:t>
            </w:r>
            <w:r>
              <w:rPr>
                <w:b/>
                <w:color w:val="FFFFFF"/>
              </w:rPr>
              <w:t>ế</w:t>
            </w:r>
            <w:r>
              <w:rPr>
                <w:b/>
                <w:color w:val="FFFFFF"/>
              </w:rPr>
              <w:t>t qu</w:t>
            </w:r>
            <w:r>
              <w:rPr>
                <w:b/>
                <w:color w:val="FFFFFF"/>
              </w:rPr>
              <w:t>ả</w:t>
            </w:r>
            <w:r>
              <w:rPr>
                <w:b/>
                <w:color w:val="FFFFFF"/>
              </w:rPr>
              <w:t xml:space="preserve"> c</w:t>
            </w:r>
            <w:r>
              <w:rPr>
                <w:b/>
                <w:color w:val="FFFFFF"/>
              </w:rPr>
              <w:t>ầ</w:t>
            </w:r>
            <w:r>
              <w:rPr>
                <w:b/>
                <w:color w:val="FFFFFF"/>
              </w:rPr>
              <w:t>n có</w:t>
            </w:r>
          </w:p>
        </w:tc>
      </w:tr>
      <w:tr w:rsidR="0068736D" w14:paraId="2D8F0A9C" w14:textId="77777777">
        <w:trPr>
          <w:jc w:val="center"/>
        </w:trPr>
        <w:tc>
          <w:tcPr>
            <w:tcW w:w="2592" w:type="dxa"/>
            <w:vAlign w:val="center"/>
          </w:tcPr>
          <w:p w14:paraId="08DFB778" w14:textId="77777777" w:rsidR="0068736D" w:rsidRDefault="00443064">
            <w:pPr>
              <w:spacing w:after="0"/>
            </w:pPr>
            <w:r>
              <w:t>Lab 06-A</w:t>
            </w:r>
          </w:p>
        </w:tc>
        <w:tc>
          <w:tcPr>
            <w:tcW w:w="7776" w:type="dxa"/>
            <w:vAlign w:val="center"/>
          </w:tcPr>
          <w:p w14:paraId="098E2787" w14:textId="77777777" w:rsidR="0068736D" w:rsidRDefault="00443064">
            <w:pPr>
              <w:spacing w:after="0"/>
            </w:pPr>
            <w:r>
              <w:t>Có resource group rg-az900-lab06 và budget budget-learning-10usd.</w:t>
            </w:r>
          </w:p>
        </w:tc>
      </w:tr>
      <w:tr w:rsidR="0068736D" w14:paraId="3A354AD9" w14:textId="77777777">
        <w:trPr>
          <w:jc w:val="center"/>
        </w:trPr>
        <w:tc>
          <w:tcPr>
            <w:tcW w:w="2592" w:type="dxa"/>
            <w:vAlign w:val="center"/>
          </w:tcPr>
          <w:p w14:paraId="6396CEB9" w14:textId="77777777" w:rsidR="0068736D" w:rsidRDefault="00443064">
            <w:pPr>
              <w:spacing w:after="0"/>
            </w:pPr>
            <w:r>
              <w:t>Lab 06-B</w:t>
            </w:r>
          </w:p>
        </w:tc>
        <w:tc>
          <w:tcPr>
            <w:tcW w:w="7776" w:type="dxa"/>
            <w:vAlign w:val="center"/>
          </w:tcPr>
          <w:p w14:paraId="2B85770F" w14:textId="77777777" w:rsidR="0068736D" w:rsidRDefault="00443064">
            <w:pPr>
              <w:spacing w:after="0"/>
            </w:pPr>
            <w:r>
              <w:t>User đư</w:t>
            </w:r>
            <w:r>
              <w:t>ợ</w:t>
            </w:r>
            <w:r>
              <w:t>c gán role Reader t</w:t>
            </w:r>
            <w:r>
              <w:t>ạ</w:t>
            </w:r>
            <w:r>
              <w:t>i scope resource group.</w:t>
            </w:r>
          </w:p>
        </w:tc>
      </w:tr>
      <w:tr w:rsidR="0068736D" w14:paraId="7480377E" w14:textId="77777777">
        <w:trPr>
          <w:jc w:val="center"/>
        </w:trPr>
        <w:tc>
          <w:tcPr>
            <w:tcW w:w="2592" w:type="dxa"/>
            <w:vAlign w:val="center"/>
          </w:tcPr>
          <w:p w14:paraId="29853CDA" w14:textId="77777777" w:rsidR="0068736D" w:rsidRDefault="00443064">
            <w:pPr>
              <w:spacing w:after="0"/>
            </w:pPr>
            <w:r>
              <w:t>Lab 06-C</w:t>
            </w:r>
          </w:p>
        </w:tc>
        <w:tc>
          <w:tcPr>
            <w:tcW w:w="7776" w:type="dxa"/>
            <w:vAlign w:val="center"/>
          </w:tcPr>
          <w:p w14:paraId="777C3EC0" w14:textId="77777777" w:rsidR="0068736D" w:rsidRDefault="00443064">
            <w:pPr>
              <w:spacing w:after="0"/>
            </w:pPr>
            <w:r>
              <w:t>Resource group có lock Delete/CanNotDelete.</w:t>
            </w:r>
          </w:p>
        </w:tc>
      </w:tr>
      <w:tr w:rsidR="0068736D" w14:paraId="3A4F83BD" w14:textId="77777777">
        <w:trPr>
          <w:jc w:val="center"/>
        </w:trPr>
        <w:tc>
          <w:tcPr>
            <w:tcW w:w="2592" w:type="dxa"/>
            <w:vAlign w:val="center"/>
          </w:tcPr>
          <w:p w14:paraId="75DDE4C4" w14:textId="77777777" w:rsidR="0068736D" w:rsidRDefault="00443064">
            <w:pPr>
              <w:spacing w:after="0"/>
            </w:pPr>
            <w:r>
              <w:t>Lab 06-D</w:t>
            </w:r>
          </w:p>
        </w:tc>
        <w:tc>
          <w:tcPr>
            <w:tcW w:w="7776" w:type="dxa"/>
            <w:vAlign w:val="center"/>
          </w:tcPr>
          <w:p w14:paraId="5C9E271E" w14:textId="77777777" w:rsidR="0068736D" w:rsidRDefault="00443064">
            <w:pPr>
              <w:spacing w:after="0"/>
            </w:pPr>
            <w:r>
              <w:t>Xem đư</w:t>
            </w:r>
            <w:r>
              <w:t>ợ</w:t>
            </w:r>
            <w:r>
              <w:t>c Cost Analysis, Budget và Cost Alerts.</w:t>
            </w:r>
          </w:p>
        </w:tc>
      </w:tr>
    </w:tbl>
    <w:p w14:paraId="177DBB56" w14:textId="77777777" w:rsidR="0068736D" w:rsidRDefault="0068736D"/>
    <w:p w14:paraId="4D888545" w14:textId="77777777" w:rsidR="0068736D" w:rsidRDefault="00443064">
      <w:pPr>
        <w:pStyle w:val="Heading1"/>
      </w:pPr>
      <w:r>
        <w:rPr>
          <w:rFonts w:ascii="Arial" w:eastAsia="Arial" w:hAnsi="Arial"/>
        </w:rPr>
        <w:t>8. L</w:t>
      </w:r>
      <w:r>
        <w:rPr>
          <w:rFonts w:ascii="Arial" w:eastAsia="Arial" w:hAnsi="Arial"/>
        </w:rPr>
        <w:t>ỗ</w:t>
      </w:r>
      <w:r>
        <w:rPr>
          <w:rFonts w:ascii="Arial" w:eastAsia="Arial" w:hAnsi="Arial"/>
        </w:rPr>
        <w:t>i thư</w:t>
      </w:r>
      <w:r>
        <w:rPr>
          <w:rFonts w:ascii="Arial" w:eastAsia="Arial" w:hAnsi="Arial"/>
        </w:rPr>
        <w:t>ờ</w:t>
      </w:r>
      <w:r>
        <w:rPr>
          <w:rFonts w:ascii="Arial" w:eastAsia="Arial" w:hAnsi="Arial"/>
        </w:rPr>
        <w:t>ng g</w:t>
      </w:r>
      <w:r>
        <w:rPr>
          <w:rFonts w:ascii="Arial" w:eastAsia="Arial" w:hAnsi="Arial"/>
        </w:rPr>
        <w:t>ặ</w:t>
      </w:r>
      <w:r>
        <w:rPr>
          <w:rFonts w:ascii="Arial" w:eastAsia="Arial" w:hAnsi="Arial"/>
        </w:rPr>
        <w:t>p và cách x</w:t>
      </w:r>
      <w:r>
        <w:rPr>
          <w:rFonts w:ascii="Arial" w:eastAsia="Arial" w:hAnsi="Arial"/>
        </w:rPr>
        <w:t>ử</w:t>
      </w:r>
      <w:r>
        <w:rPr>
          <w:rFonts w:ascii="Arial" w:eastAsia="Arial" w:hAnsi="Arial"/>
        </w:rPr>
        <w:t xml:space="preserve"> lý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83"/>
        <w:gridCol w:w="3755"/>
        <w:gridCol w:w="3758"/>
      </w:tblGrid>
      <w:tr w:rsidR="0068736D" w14:paraId="05D175B5" w14:textId="77777777">
        <w:trPr>
          <w:jc w:val="center"/>
        </w:trPr>
        <w:tc>
          <w:tcPr>
            <w:tcW w:w="2880" w:type="dxa"/>
            <w:shd w:val="clear" w:color="auto" w:fill="1F4E79"/>
            <w:vAlign w:val="center"/>
          </w:tcPr>
          <w:p w14:paraId="096D764C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L</w:t>
            </w:r>
            <w:r>
              <w:rPr>
                <w:b/>
                <w:color w:val="FFFFFF"/>
              </w:rPr>
              <w:t>ỗ</w:t>
            </w:r>
            <w:r>
              <w:rPr>
                <w:b/>
                <w:color w:val="FFFFFF"/>
              </w:rPr>
              <w:t>i</w:t>
            </w:r>
          </w:p>
        </w:tc>
        <w:tc>
          <w:tcPr>
            <w:tcW w:w="3888" w:type="dxa"/>
            <w:shd w:val="clear" w:color="auto" w:fill="1F4E79"/>
            <w:vAlign w:val="center"/>
          </w:tcPr>
          <w:p w14:paraId="475FE700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Nguyên nhân</w:t>
            </w:r>
          </w:p>
        </w:tc>
        <w:tc>
          <w:tcPr>
            <w:tcW w:w="3888" w:type="dxa"/>
            <w:shd w:val="clear" w:color="auto" w:fill="1F4E79"/>
            <w:vAlign w:val="center"/>
          </w:tcPr>
          <w:p w14:paraId="452DB6FA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Cách x</w:t>
            </w:r>
            <w:r>
              <w:rPr>
                <w:b/>
                <w:color w:val="FFFFFF"/>
              </w:rPr>
              <w:t>ử</w:t>
            </w:r>
            <w:r>
              <w:rPr>
                <w:b/>
                <w:color w:val="FFFFFF"/>
              </w:rPr>
              <w:t xml:space="preserve"> lý</w:t>
            </w:r>
          </w:p>
        </w:tc>
      </w:tr>
      <w:tr w:rsidR="0068736D" w14:paraId="1484BA5C" w14:textId="77777777">
        <w:trPr>
          <w:jc w:val="center"/>
        </w:trPr>
        <w:tc>
          <w:tcPr>
            <w:tcW w:w="2880" w:type="dxa"/>
            <w:vAlign w:val="center"/>
          </w:tcPr>
          <w:p w14:paraId="4F9D4EE9" w14:textId="77777777" w:rsidR="0068736D" w:rsidRDefault="00443064">
            <w:pPr>
              <w:spacing w:after="0"/>
            </w:pPr>
            <w:r>
              <w:t>Không th</w:t>
            </w:r>
            <w:r>
              <w:t>ấ</w:t>
            </w:r>
            <w:r>
              <w:t>y menu Budgets</w:t>
            </w:r>
          </w:p>
        </w:tc>
        <w:tc>
          <w:tcPr>
            <w:tcW w:w="3888" w:type="dxa"/>
            <w:vAlign w:val="center"/>
          </w:tcPr>
          <w:p w14:paraId="60E91649" w14:textId="77777777" w:rsidR="0068736D" w:rsidRDefault="00443064">
            <w:pPr>
              <w:spacing w:after="0"/>
            </w:pPr>
            <w:r>
              <w:t>Chưa ch</w:t>
            </w:r>
            <w:r>
              <w:t>ọ</w:t>
            </w:r>
            <w:r>
              <w:t>n đúng scope, tài kho</w:t>
            </w:r>
            <w:r>
              <w:t>ả</w:t>
            </w:r>
            <w:r>
              <w:t>n không có quy</w:t>
            </w:r>
            <w:r>
              <w:t>ề</w:t>
            </w:r>
            <w:r>
              <w:t>n xem Cost Management ho</w:t>
            </w:r>
            <w:r>
              <w:t>ặ</w:t>
            </w:r>
            <w:r>
              <w:t>c subscription chưa có billing data.</w:t>
            </w:r>
          </w:p>
        </w:tc>
        <w:tc>
          <w:tcPr>
            <w:tcW w:w="3888" w:type="dxa"/>
            <w:vAlign w:val="center"/>
          </w:tcPr>
          <w:p w14:paraId="6908DFF5" w14:textId="77777777" w:rsidR="0068736D" w:rsidRDefault="00443064">
            <w:pPr>
              <w:spacing w:after="0"/>
            </w:pPr>
            <w:r>
              <w:t>Vào Cost Management + Billing, ki</w:t>
            </w:r>
            <w:r>
              <w:t>ể</w:t>
            </w:r>
            <w:r>
              <w:t>m tra l</w:t>
            </w:r>
            <w:r>
              <w:t>ạ</w:t>
            </w:r>
            <w:r>
              <w:t>i scope và dùng tài kho</w:t>
            </w:r>
            <w:r>
              <w:t>ả</w:t>
            </w:r>
            <w:r>
              <w:t>n có quy</w:t>
            </w:r>
            <w:r>
              <w:t>ề</w:t>
            </w:r>
            <w:r>
              <w:t>n phù h</w:t>
            </w:r>
            <w:r>
              <w:t>ợ</w:t>
            </w:r>
            <w:r>
              <w:t>p.</w:t>
            </w:r>
          </w:p>
        </w:tc>
      </w:tr>
      <w:tr w:rsidR="0068736D" w14:paraId="2DFD55B5" w14:textId="77777777">
        <w:trPr>
          <w:jc w:val="center"/>
        </w:trPr>
        <w:tc>
          <w:tcPr>
            <w:tcW w:w="2880" w:type="dxa"/>
            <w:vAlign w:val="center"/>
          </w:tcPr>
          <w:p w14:paraId="42EE14AB" w14:textId="77777777" w:rsidR="0068736D" w:rsidRDefault="00443064">
            <w:pPr>
              <w:spacing w:after="0"/>
            </w:pPr>
            <w:r>
              <w:t>Không t</w:t>
            </w:r>
            <w:r>
              <w:t>ạ</w:t>
            </w:r>
            <w:r>
              <w:t>o đư</w:t>
            </w:r>
            <w:r>
              <w:t>ợ</w:t>
            </w:r>
            <w:r>
              <w:t>c Budget</w:t>
            </w:r>
          </w:p>
        </w:tc>
        <w:tc>
          <w:tcPr>
            <w:tcW w:w="3888" w:type="dxa"/>
            <w:vAlign w:val="center"/>
          </w:tcPr>
          <w:p w14:paraId="429BB545" w14:textId="77777777" w:rsidR="0068736D" w:rsidRDefault="00443064">
            <w:pPr>
              <w:spacing w:after="0"/>
            </w:pPr>
            <w:r>
              <w:t>Không đ</w:t>
            </w:r>
            <w:r>
              <w:t>ủ</w:t>
            </w:r>
            <w:r>
              <w:t xml:space="preserve"> quy</w:t>
            </w:r>
            <w:r>
              <w:t>ề</w:t>
            </w:r>
            <w:r>
              <w:t>n, subscription b</w:t>
            </w:r>
            <w:r>
              <w:t>ị</w:t>
            </w:r>
            <w:r>
              <w:t xml:space="preserve"> gi</w:t>
            </w:r>
            <w:r>
              <w:t>ớ</w:t>
            </w:r>
            <w:r>
              <w:t>i h</w:t>
            </w:r>
            <w:r>
              <w:t>ạ</w:t>
            </w:r>
            <w:r>
              <w:t>n, ch</w:t>
            </w:r>
            <w:r>
              <w:t>ọ</w:t>
            </w:r>
            <w:r>
              <w:t>n sai billing scope ho</w:t>
            </w:r>
            <w:r>
              <w:t>ặ</w:t>
            </w:r>
            <w:r>
              <w:t>c ngày b</w:t>
            </w:r>
            <w:r>
              <w:t>ắ</w:t>
            </w:r>
            <w:r>
              <w:t>t đ</w:t>
            </w:r>
            <w:r>
              <w:t>ầ</w:t>
            </w:r>
            <w:r>
              <w:t>u/k</w:t>
            </w:r>
            <w:r>
              <w:t>ế</w:t>
            </w:r>
            <w:r>
              <w:t>t thúc không h</w:t>
            </w:r>
            <w:r>
              <w:t>ợ</w:t>
            </w:r>
            <w:r>
              <w:t>p l</w:t>
            </w:r>
            <w:r>
              <w:t>ệ</w:t>
            </w:r>
            <w:r>
              <w:t>.</w:t>
            </w:r>
          </w:p>
        </w:tc>
        <w:tc>
          <w:tcPr>
            <w:tcW w:w="3888" w:type="dxa"/>
            <w:vAlign w:val="center"/>
          </w:tcPr>
          <w:p w14:paraId="6A85E70A" w14:textId="77777777" w:rsidR="0068736D" w:rsidRDefault="00443064">
            <w:pPr>
              <w:spacing w:after="0"/>
            </w:pPr>
            <w:r>
              <w:t>Dùng subscription h</w:t>
            </w:r>
            <w:r>
              <w:t>ỗ</w:t>
            </w:r>
            <w:r>
              <w:t xml:space="preserve"> tr</w:t>
            </w:r>
            <w:r>
              <w:t>ợ</w:t>
            </w:r>
            <w:r>
              <w:t xml:space="preserve"> Cost Management, ch</w:t>
            </w:r>
            <w:r>
              <w:t>ọ</w:t>
            </w:r>
            <w:r>
              <w:t>n start date là ngày đ</w:t>
            </w:r>
            <w:r>
              <w:t>ầ</w:t>
            </w:r>
            <w:r>
              <w:t>u tháng và ki</w:t>
            </w:r>
            <w:r>
              <w:t>ể</w:t>
            </w:r>
            <w:r>
              <w:t>m tra quy</w:t>
            </w:r>
            <w:r>
              <w:t>ề</w:t>
            </w:r>
            <w:r>
              <w:t>n.</w:t>
            </w:r>
          </w:p>
        </w:tc>
      </w:tr>
      <w:tr w:rsidR="0068736D" w14:paraId="2ACA434D" w14:textId="77777777">
        <w:trPr>
          <w:jc w:val="center"/>
        </w:trPr>
        <w:tc>
          <w:tcPr>
            <w:tcW w:w="2880" w:type="dxa"/>
            <w:vAlign w:val="center"/>
          </w:tcPr>
          <w:p w14:paraId="6ACDC9E2" w14:textId="77777777" w:rsidR="0068736D" w:rsidRDefault="00443064">
            <w:pPr>
              <w:spacing w:after="0"/>
            </w:pPr>
            <w:r>
              <w:t>Không tìm th</w:t>
            </w:r>
            <w:r>
              <w:t>ấ</w:t>
            </w:r>
            <w:r>
              <w:t>y user khi gán RBAC</w:t>
            </w:r>
          </w:p>
        </w:tc>
        <w:tc>
          <w:tcPr>
            <w:tcW w:w="3888" w:type="dxa"/>
            <w:vAlign w:val="center"/>
          </w:tcPr>
          <w:p w14:paraId="73C6C7BA" w14:textId="77777777" w:rsidR="0068736D" w:rsidRDefault="00443064">
            <w:pPr>
              <w:spacing w:after="0"/>
            </w:pPr>
            <w:r>
              <w:t>User chưa t</w:t>
            </w:r>
            <w:r>
              <w:t>ồ</w:t>
            </w:r>
            <w:r>
              <w:t>n t</w:t>
            </w:r>
            <w:r>
              <w:t>ạ</w:t>
            </w:r>
            <w:r>
              <w:t>i trong Microsoft Entra ID, gõ sai email ho</w:t>
            </w:r>
            <w:r>
              <w:t>ặ</w:t>
            </w:r>
            <w:r>
              <w:t>c user ngoài tenant chưa đư</w:t>
            </w:r>
            <w:r>
              <w:t>ợ</w:t>
            </w:r>
            <w:r>
              <w:t>c invite.</w:t>
            </w:r>
          </w:p>
        </w:tc>
        <w:tc>
          <w:tcPr>
            <w:tcW w:w="3888" w:type="dxa"/>
            <w:vAlign w:val="center"/>
          </w:tcPr>
          <w:p w14:paraId="2BE928AD" w14:textId="77777777" w:rsidR="0068736D" w:rsidRDefault="00443064">
            <w:pPr>
              <w:spacing w:after="0"/>
            </w:pPr>
            <w:r>
              <w:t>Vào Microsoft Entra ID &gt; Users, tìm user ho</w:t>
            </w:r>
            <w:r>
              <w:t>ặ</w:t>
            </w:r>
            <w:r>
              <w:t>c invite external user trư</w:t>
            </w:r>
            <w:r>
              <w:t>ớ</w:t>
            </w:r>
            <w:r>
              <w:t>c khi gán role.</w:t>
            </w:r>
          </w:p>
        </w:tc>
      </w:tr>
      <w:tr w:rsidR="0068736D" w14:paraId="33A77C4D" w14:textId="77777777">
        <w:trPr>
          <w:jc w:val="center"/>
        </w:trPr>
        <w:tc>
          <w:tcPr>
            <w:tcW w:w="2880" w:type="dxa"/>
            <w:vAlign w:val="center"/>
          </w:tcPr>
          <w:p w14:paraId="2C849B45" w14:textId="77777777" w:rsidR="0068736D" w:rsidRDefault="00443064">
            <w:pPr>
              <w:spacing w:after="0"/>
            </w:pPr>
            <w:r>
              <w:t>Không xóa đư</w:t>
            </w:r>
            <w:r>
              <w:t>ợ</w:t>
            </w:r>
            <w:r>
              <w:t>c Resource Group</w:t>
            </w:r>
          </w:p>
        </w:tc>
        <w:tc>
          <w:tcPr>
            <w:tcW w:w="3888" w:type="dxa"/>
            <w:vAlign w:val="center"/>
          </w:tcPr>
          <w:p w14:paraId="764565AD" w14:textId="77777777" w:rsidR="0068736D" w:rsidRDefault="00443064">
            <w:pPr>
              <w:spacing w:after="0"/>
            </w:pPr>
            <w:r>
              <w:t>Resource group v</w:t>
            </w:r>
            <w:r>
              <w:t>ẫ</w:t>
            </w:r>
            <w:r>
              <w:t>n còn lock.</w:t>
            </w:r>
          </w:p>
        </w:tc>
        <w:tc>
          <w:tcPr>
            <w:tcW w:w="3888" w:type="dxa"/>
            <w:vAlign w:val="center"/>
          </w:tcPr>
          <w:p w14:paraId="5F5AA637" w14:textId="77777777" w:rsidR="0068736D" w:rsidRDefault="00443064">
            <w:pPr>
              <w:spacing w:after="0"/>
            </w:pPr>
            <w:r>
              <w:t>Vào Locks, xóa lock lock-no-delete-lab06 r</w:t>
            </w:r>
            <w:r>
              <w:t>ồ</w:t>
            </w:r>
            <w:r>
              <w:t>i m</w:t>
            </w:r>
            <w:r>
              <w:t>ớ</w:t>
            </w:r>
            <w:r>
              <w:t>i xóa resource group.</w:t>
            </w:r>
          </w:p>
        </w:tc>
      </w:tr>
    </w:tbl>
    <w:p w14:paraId="3B58542A" w14:textId="77777777" w:rsidR="0068736D" w:rsidRDefault="0068736D"/>
    <w:p w14:paraId="46A19FF5" w14:textId="77777777" w:rsidR="0068736D" w:rsidRDefault="00443064">
      <w:pPr>
        <w:pStyle w:val="Heading1"/>
      </w:pPr>
      <w:r>
        <w:rPr>
          <w:rFonts w:ascii="Arial" w:eastAsia="Arial" w:hAnsi="Arial"/>
        </w:rPr>
        <w:t>9. Cleanup sau bài lab</w:t>
      </w:r>
    </w:p>
    <w:p w14:paraId="41824588" w14:textId="77777777" w:rsidR="0068736D" w:rsidRDefault="00443064">
      <w:pPr>
        <w:pStyle w:val="ListNumber"/>
      </w:pPr>
      <w:r>
        <w:t>Vào resource group rg-az900-lab06.</w:t>
      </w:r>
    </w:p>
    <w:p w14:paraId="3DB24FD8" w14:textId="77777777" w:rsidR="0068736D" w:rsidRDefault="00443064">
      <w:pPr>
        <w:pStyle w:val="ListNumber"/>
      </w:pPr>
      <w:r>
        <w:t>Ch</w:t>
      </w:r>
      <w:r>
        <w:t>ọ</w:t>
      </w:r>
      <w:r>
        <w:t>n Locks.</w:t>
      </w:r>
    </w:p>
    <w:p w14:paraId="7CADD859" w14:textId="77777777" w:rsidR="0068736D" w:rsidRDefault="00443064">
      <w:pPr>
        <w:pStyle w:val="ListNumber"/>
      </w:pPr>
      <w:r>
        <w:t>Xóa lock lock-no-delete-lab06.</w:t>
      </w:r>
    </w:p>
    <w:p w14:paraId="3451C817" w14:textId="77777777" w:rsidR="0068736D" w:rsidRDefault="00443064">
      <w:pPr>
        <w:pStyle w:val="ListNumber"/>
      </w:pPr>
      <w:r>
        <w:lastRenderedPageBreak/>
        <w:t>Quay l</w:t>
      </w:r>
      <w:r>
        <w:t>ạ</w:t>
      </w:r>
      <w:r>
        <w:t>i Overview c</w:t>
      </w:r>
      <w:r>
        <w:t>ủ</w:t>
      </w:r>
      <w:r>
        <w:t>a resource group.</w:t>
      </w:r>
    </w:p>
    <w:p w14:paraId="4075FAA3" w14:textId="77777777" w:rsidR="0068736D" w:rsidRDefault="00443064">
      <w:pPr>
        <w:pStyle w:val="ListNumber"/>
      </w:pPr>
      <w:r>
        <w:t>Ch</w:t>
      </w:r>
      <w:r>
        <w:t>ọ</w:t>
      </w:r>
      <w:r>
        <w:t>n Delete resource group.</w:t>
      </w:r>
    </w:p>
    <w:p w14:paraId="091D28B8" w14:textId="77777777" w:rsidR="0068736D" w:rsidRDefault="00443064">
      <w:pPr>
        <w:pStyle w:val="ListNumber"/>
      </w:pPr>
      <w:r>
        <w:t>Nh</w:t>
      </w:r>
      <w:r>
        <w:t>ậ</w:t>
      </w:r>
      <w:r>
        <w:t>p rg-az900-lab06.</w:t>
      </w:r>
    </w:p>
    <w:p w14:paraId="3EAFC4BB" w14:textId="77777777" w:rsidR="0068736D" w:rsidRDefault="00443064">
      <w:pPr>
        <w:pStyle w:val="ListNumber"/>
      </w:pPr>
      <w:r>
        <w:t>Ch</w:t>
      </w:r>
      <w:r>
        <w:t>ọ</w:t>
      </w:r>
      <w:r>
        <w:t>n Delete.</w:t>
      </w:r>
    </w:p>
    <w:p w14:paraId="781B0203" w14:textId="77777777" w:rsidR="0068736D" w:rsidRDefault="00443064">
      <w:pPr>
        <w:pStyle w:val="Heading1"/>
      </w:pPr>
      <w:r>
        <w:rPr>
          <w:rFonts w:ascii="Arial" w:eastAsia="Arial" w:hAnsi="Arial"/>
        </w:rPr>
        <w:t>10. Tình hu</w:t>
      </w:r>
      <w:r>
        <w:rPr>
          <w:rFonts w:ascii="Arial" w:eastAsia="Arial" w:hAnsi="Arial"/>
        </w:rPr>
        <w:t>ố</w:t>
      </w:r>
      <w:r>
        <w:rPr>
          <w:rFonts w:ascii="Arial" w:eastAsia="Arial" w:hAnsi="Arial"/>
        </w:rPr>
        <w:t>ng doanh nghi</w:t>
      </w:r>
      <w:r>
        <w:rPr>
          <w:rFonts w:ascii="Arial" w:eastAsia="Arial" w:hAnsi="Arial"/>
        </w:rPr>
        <w:t>ệ</w:t>
      </w:r>
      <w:r>
        <w:rPr>
          <w:rFonts w:ascii="Arial" w:eastAsia="Arial" w:hAnsi="Arial"/>
        </w:rPr>
        <w:t>p th</w:t>
      </w:r>
      <w:r>
        <w:rPr>
          <w:rFonts w:ascii="Arial" w:eastAsia="Arial" w:hAnsi="Arial"/>
        </w:rPr>
        <w:t>ự</w:t>
      </w:r>
      <w:r>
        <w:rPr>
          <w:rFonts w:ascii="Arial" w:eastAsia="Arial" w:hAnsi="Arial"/>
        </w:rPr>
        <w:t>c t</w:t>
      </w:r>
      <w:r>
        <w:rPr>
          <w:rFonts w:ascii="Arial" w:eastAsia="Arial" w:hAnsi="Arial"/>
        </w:rPr>
        <w:t>ế</w:t>
      </w:r>
    </w:p>
    <w:p w14:paraId="3F292341" w14:textId="77777777" w:rsidR="0068736D" w:rsidRDefault="00443064">
      <w:r>
        <w:t>M</w:t>
      </w:r>
      <w:r>
        <w:t>ộ</w:t>
      </w:r>
      <w:r>
        <w:t>t công ty tri</w:t>
      </w:r>
      <w:r>
        <w:t>ể</w:t>
      </w:r>
      <w:r>
        <w:t>n khai Azure cho phòng IT training ho</w:t>
      </w:r>
      <w:r>
        <w:t>ặ</w:t>
      </w:r>
      <w:r>
        <w:t>c môi trư</w:t>
      </w:r>
      <w:r>
        <w:t>ờ</w:t>
      </w:r>
      <w:r>
        <w:t>ng test/dev. H</w:t>
      </w:r>
      <w:r>
        <w:t>ọ</w:t>
      </w:r>
      <w:r>
        <w:t xml:space="preserve"> c</w:t>
      </w:r>
      <w:r>
        <w:t>ầ</w:t>
      </w:r>
      <w:r>
        <w:t>n ki</w:t>
      </w:r>
      <w:r>
        <w:t>ể</w:t>
      </w:r>
      <w:r>
        <w:t>m soát chi phí, phân quy</w:t>
      </w:r>
      <w:r>
        <w:t>ề</w:t>
      </w:r>
      <w:r>
        <w:t>n ngư</w:t>
      </w:r>
      <w:r>
        <w:t>ờ</w:t>
      </w:r>
      <w:r>
        <w:t>i dùng và tránh xóa nh</w:t>
      </w:r>
      <w:r>
        <w:t>ầ</w:t>
      </w:r>
      <w:r>
        <w:t>m tài nguyên.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46"/>
        <w:gridCol w:w="5150"/>
      </w:tblGrid>
      <w:tr w:rsidR="0068736D" w14:paraId="4A8324C9" w14:textId="77777777">
        <w:trPr>
          <w:jc w:val="center"/>
        </w:trPr>
        <w:tc>
          <w:tcPr>
            <w:tcW w:w="5184" w:type="dxa"/>
            <w:shd w:val="clear" w:color="auto" w:fill="1F4E79"/>
            <w:vAlign w:val="center"/>
          </w:tcPr>
          <w:p w14:paraId="283A3953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Nhu c</w:t>
            </w:r>
            <w:r>
              <w:rPr>
                <w:b/>
                <w:color w:val="FFFFFF"/>
              </w:rPr>
              <w:t>ầ</w:t>
            </w:r>
            <w:r>
              <w:rPr>
                <w:b/>
                <w:color w:val="FFFFFF"/>
              </w:rPr>
              <w:t>u</w:t>
            </w:r>
          </w:p>
        </w:tc>
        <w:tc>
          <w:tcPr>
            <w:tcW w:w="5184" w:type="dxa"/>
            <w:shd w:val="clear" w:color="auto" w:fill="1F4E79"/>
            <w:vAlign w:val="center"/>
          </w:tcPr>
          <w:p w14:paraId="5CB5EE48" w14:textId="77777777" w:rsidR="0068736D" w:rsidRDefault="00443064">
            <w:pPr>
              <w:spacing w:after="0"/>
            </w:pPr>
            <w:r>
              <w:rPr>
                <w:b/>
                <w:color w:val="FFFFFF"/>
              </w:rPr>
              <w:t>Azure dùng gì</w:t>
            </w:r>
          </w:p>
        </w:tc>
      </w:tr>
      <w:tr w:rsidR="0068736D" w14:paraId="732612C7" w14:textId="77777777">
        <w:trPr>
          <w:jc w:val="center"/>
        </w:trPr>
        <w:tc>
          <w:tcPr>
            <w:tcW w:w="5184" w:type="dxa"/>
            <w:vAlign w:val="center"/>
          </w:tcPr>
          <w:p w14:paraId="24270AB0" w14:textId="77777777" w:rsidR="0068736D" w:rsidRDefault="00443064">
            <w:pPr>
              <w:spacing w:after="0"/>
            </w:pPr>
            <w:r>
              <w:t>Gi</w:t>
            </w:r>
            <w:r>
              <w:t>ớ</w:t>
            </w:r>
            <w:r>
              <w:t>i h</w:t>
            </w:r>
            <w:r>
              <w:t>ạ</w:t>
            </w:r>
            <w:r>
              <w:t>n chi phí lab</w:t>
            </w:r>
          </w:p>
        </w:tc>
        <w:tc>
          <w:tcPr>
            <w:tcW w:w="5184" w:type="dxa"/>
            <w:vAlign w:val="center"/>
          </w:tcPr>
          <w:p w14:paraId="08D1C959" w14:textId="77777777" w:rsidR="0068736D" w:rsidRDefault="00443064">
            <w:pPr>
              <w:spacing w:after="0"/>
            </w:pPr>
            <w:r>
              <w:t>Budget Alert</w:t>
            </w:r>
          </w:p>
        </w:tc>
      </w:tr>
      <w:tr w:rsidR="0068736D" w14:paraId="68E9B842" w14:textId="77777777">
        <w:trPr>
          <w:jc w:val="center"/>
        </w:trPr>
        <w:tc>
          <w:tcPr>
            <w:tcW w:w="5184" w:type="dxa"/>
            <w:vAlign w:val="center"/>
          </w:tcPr>
          <w:p w14:paraId="16AB4605" w14:textId="77777777" w:rsidR="0068736D" w:rsidRDefault="00443064">
            <w:pPr>
              <w:spacing w:after="0"/>
            </w:pPr>
            <w:r>
              <w:t>C</w:t>
            </w:r>
            <w:r>
              <w:t>ả</w:t>
            </w:r>
            <w:r>
              <w:t>nh báo khi chi phí tăng</w:t>
            </w:r>
          </w:p>
        </w:tc>
        <w:tc>
          <w:tcPr>
            <w:tcW w:w="5184" w:type="dxa"/>
            <w:vAlign w:val="center"/>
          </w:tcPr>
          <w:p w14:paraId="43A9ECAE" w14:textId="77777777" w:rsidR="0068736D" w:rsidRDefault="00443064">
            <w:pPr>
              <w:spacing w:after="0"/>
            </w:pPr>
            <w:r>
              <w:t>Budget threshold 80%, 100%</w:t>
            </w:r>
          </w:p>
        </w:tc>
      </w:tr>
      <w:tr w:rsidR="0068736D" w14:paraId="7E0A4A03" w14:textId="77777777">
        <w:trPr>
          <w:jc w:val="center"/>
        </w:trPr>
        <w:tc>
          <w:tcPr>
            <w:tcW w:w="5184" w:type="dxa"/>
            <w:vAlign w:val="center"/>
          </w:tcPr>
          <w:p w14:paraId="694EAF24" w14:textId="77777777" w:rsidR="0068736D" w:rsidRDefault="00443064">
            <w:pPr>
              <w:spacing w:after="0"/>
            </w:pPr>
            <w:r>
              <w:t>Cho nhân viên ch</w:t>
            </w:r>
            <w:r>
              <w:t>ỉ</w:t>
            </w:r>
            <w:r>
              <w:t xml:space="preserve"> xem tài nguyên</w:t>
            </w:r>
          </w:p>
        </w:tc>
        <w:tc>
          <w:tcPr>
            <w:tcW w:w="5184" w:type="dxa"/>
            <w:vAlign w:val="center"/>
          </w:tcPr>
          <w:p w14:paraId="0AA1D8E4" w14:textId="77777777" w:rsidR="0068736D" w:rsidRDefault="00443064">
            <w:pPr>
              <w:spacing w:after="0"/>
            </w:pPr>
            <w:r>
              <w:t>RBAC Reader</w:t>
            </w:r>
          </w:p>
        </w:tc>
      </w:tr>
      <w:tr w:rsidR="0068736D" w14:paraId="0D3A39B1" w14:textId="77777777">
        <w:trPr>
          <w:jc w:val="center"/>
        </w:trPr>
        <w:tc>
          <w:tcPr>
            <w:tcW w:w="5184" w:type="dxa"/>
            <w:vAlign w:val="center"/>
          </w:tcPr>
          <w:p w14:paraId="6BC65537" w14:textId="77777777" w:rsidR="0068736D" w:rsidRDefault="00443064">
            <w:pPr>
              <w:spacing w:after="0"/>
            </w:pPr>
            <w:r>
              <w:t>Tránh xóa nh</w:t>
            </w:r>
            <w:r>
              <w:t>ầ</w:t>
            </w:r>
            <w:r>
              <w:t>m resource group</w:t>
            </w:r>
          </w:p>
        </w:tc>
        <w:tc>
          <w:tcPr>
            <w:tcW w:w="5184" w:type="dxa"/>
            <w:vAlign w:val="center"/>
          </w:tcPr>
          <w:p w14:paraId="32C01033" w14:textId="77777777" w:rsidR="0068736D" w:rsidRDefault="00443064">
            <w:pPr>
              <w:spacing w:after="0"/>
            </w:pPr>
            <w:r>
              <w:t>Resource Lock CanNotDelete</w:t>
            </w:r>
          </w:p>
        </w:tc>
      </w:tr>
      <w:tr w:rsidR="0068736D" w14:paraId="16BDBB7A" w14:textId="77777777">
        <w:trPr>
          <w:jc w:val="center"/>
        </w:trPr>
        <w:tc>
          <w:tcPr>
            <w:tcW w:w="5184" w:type="dxa"/>
            <w:vAlign w:val="center"/>
          </w:tcPr>
          <w:p w14:paraId="0DC3E185" w14:textId="77777777" w:rsidR="0068736D" w:rsidRDefault="00443064">
            <w:pPr>
              <w:spacing w:after="0"/>
            </w:pPr>
            <w:r>
              <w:t>Theo dõi d</w:t>
            </w:r>
            <w:r>
              <w:t>ị</w:t>
            </w:r>
            <w:r>
              <w:t>ch v</w:t>
            </w:r>
            <w:r>
              <w:t>ụ</w:t>
            </w:r>
            <w:r>
              <w:t xml:space="preserve"> nào t</w:t>
            </w:r>
            <w:r>
              <w:t>ố</w:t>
            </w:r>
            <w:r>
              <w:t>n ti</w:t>
            </w:r>
            <w:r>
              <w:t>ề</w:t>
            </w:r>
            <w:r>
              <w:t>n</w:t>
            </w:r>
          </w:p>
        </w:tc>
        <w:tc>
          <w:tcPr>
            <w:tcW w:w="5184" w:type="dxa"/>
            <w:vAlign w:val="center"/>
          </w:tcPr>
          <w:p w14:paraId="2EAF50DB" w14:textId="77777777" w:rsidR="0068736D" w:rsidRDefault="00443064">
            <w:pPr>
              <w:spacing w:after="0"/>
            </w:pPr>
            <w:r>
              <w:t>Cost Analysis</w:t>
            </w:r>
          </w:p>
        </w:tc>
      </w:tr>
    </w:tbl>
    <w:p w14:paraId="07CDE99A" w14:textId="77777777" w:rsidR="0068736D" w:rsidRDefault="0068736D"/>
    <w:p w14:paraId="018767DB" w14:textId="77777777" w:rsidR="0068736D" w:rsidRDefault="00443064">
      <w:pPr>
        <w:pStyle w:val="Heading1"/>
      </w:pPr>
      <w:r>
        <w:rPr>
          <w:rFonts w:ascii="Arial" w:eastAsia="Arial" w:hAnsi="Arial"/>
        </w:rPr>
        <w:t>11. K</w:t>
      </w:r>
      <w:r>
        <w:rPr>
          <w:rFonts w:ascii="Arial" w:eastAsia="Arial" w:hAnsi="Arial"/>
        </w:rPr>
        <w:t>ế</w:t>
      </w:r>
      <w:r>
        <w:rPr>
          <w:rFonts w:ascii="Arial" w:eastAsia="Arial" w:hAnsi="Arial"/>
        </w:rPr>
        <w:t>t lu</w:t>
      </w:r>
      <w:r>
        <w:rPr>
          <w:rFonts w:ascii="Arial" w:eastAsia="Arial" w:hAnsi="Arial"/>
        </w:rPr>
        <w:t>ậ</w:t>
      </w:r>
      <w:r>
        <w:rPr>
          <w:rFonts w:ascii="Arial" w:eastAsia="Arial" w:hAnsi="Arial"/>
        </w:rPr>
        <w:t>n bài lab</w:t>
      </w:r>
    </w:p>
    <w:p w14:paraId="42A7E4CC" w14:textId="77777777" w:rsidR="0068736D" w:rsidRDefault="00443064">
      <w:r>
        <w:t>Bài lab này giúp h</w:t>
      </w:r>
      <w:r>
        <w:t>ọ</w:t>
      </w:r>
      <w:r>
        <w:t>c viên hi</w:t>
      </w:r>
      <w:r>
        <w:t>ể</w:t>
      </w:r>
      <w:r>
        <w:t>u rõ 4 nhóm ki</w:t>
      </w:r>
      <w:r>
        <w:t>ế</w:t>
      </w:r>
      <w:r>
        <w:t>n th</w:t>
      </w:r>
      <w:r>
        <w:t>ứ</w:t>
      </w:r>
      <w:r>
        <w:t>c quan tr</w:t>
      </w:r>
      <w:r>
        <w:t>ọ</w:t>
      </w:r>
      <w:r>
        <w:t>ng trong AZ-900: Cost Management, Budget Alert, Azure RBAC, Resource Lock và Cost Analysis.</w:t>
      </w:r>
    </w:p>
    <w:p w14:paraId="3E012E58" w14:textId="77777777" w:rsidR="0068736D" w:rsidRDefault="00443064">
      <w:r>
        <w:t>Đây là bài lab c</w:t>
      </w:r>
      <w:r>
        <w:t>ầ</w:t>
      </w:r>
      <w:r>
        <w:t>n có trong giáo trình vì Azure không ch</w:t>
      </w:r>
      <w:r>
        <w:t>ỉ</w:t>
      </w:r>
      <w:r>
        <w:t xml:space="preserve"> là t</w:t>
      </w:r>
      <w:r>
        <w:t>ạ</w:t>
      </w:r>
      <w:r>
        <w:t>o tài nguyên, mà còn ph</w:t>
      </w:r>
      <w:r>
        <w:t>ả</w:t>
      </w:r>
      <w:r>
        <w:t>i qu</w:t>
      </w:r>
      <w:r>
        <w:t>ả</w:t>
      </w:r>
      <w:r>
        <w:t>n lý chi phí, phân quy</w:t>
      </w:r>
      <w:r>
        <w:t>ề</w:t>
      </w:r>
      <w:r>
        <w:t>n và b</w:t>
      </w:r>
      <w:r>
        <w:t>ả</w:t>
      </w:r>
      <w:r>
        <w:t>o v</w:t>
      </w:r>
      <w:r>
        <w:t>ệ</w:t>
      </w:r>
      <w:r>
        <w:t xml:space="preserve"> tài nguyên.</w:t>
      </w:r>
    </w:p>
    <w:sectPr w:rsidR="0068736D" w:rsidSect="00034616">
      <w:headerReference w:type="default" r:id="rId20"/>
      <w:footerReference w:type="default" r:id="rId21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B69EC" w14:textId="77777777" w:rsidR="00443064" w:rsidRDefault="00443064">
      <w:pPr>
        <w:spacing w:after="0" w:line="240" w:lineRule="auto"/>
      </w:pPr>
      <w:r>
        <w:separator/>
      </w:r>
    </w:p>
  </w:endnote>
  <w:endnote w:type="continuationSeparator" w:id="0">
    <w:p w14:paraId="394D4D4C" w14:textId="77777777" w:rsidR="00443064" w:rsidRDefault="00443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6DC65" w14:textId="77777777" w:rsidR="0068736D" w:rsidRDefault="00443064">
    <w:pPr>
      <w:pStyle w:val="Footer"/>
      <w:jc w:val="center"/>
    </w:pPr>
    <w:r>
      <w:rPr>
        <w:sz w:val="16"/>
      </w:rPr>
      <w:t>Biên so</w:t>
    </w:r>
    <w:r>
      <w:rPr>
        <w:sz w:val="16"/>
      </w:rPr>
      <w:t>ạ</w:t>
    </w:r>
    <w:r>
      <w:rPr>
        <w:sz w:val="16"/>
      </w:rPr>
      <w:t>n cho đào t</w:t>
    </w:r>
    <w:r>
      <w:rPr>
        <w:sz w:val="16"/>
      </w:rPr>
      <w:t>ạ</w:t>
    </w:r>
    <w:r>
      <w:rPr>
        <w:sz w:val="16"/>
      </w:rPr>
      <w:t>o Azure Fundamentals | Lab th</w:t>
    </w:r>
    <w:r>
      <w:rPr>
        <w:sz w:val="16"/>
      </w:rPr>
      <w:t>ự</w:t>
    </w:r>
    <w:r>
      <w:rPr>
        <w:sz w:val="16"/>
      </w:rPr>
      <w:t>c hành Azure Portal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64D0C" w14:textId="77777777" w:rsidR="00443064" w:rsidRDefault="00443064">
      <w:pPr>
        <w:spacing w:after="0" w:line="240" w:lineRule="auto"/>
      </w:pPr>
      <w:r>
        <w:separator/>
      </w:r>
    </w:p>
  </w:footnote>
  <w:footnote w:type="continuationSeparator" w:id="0">
    <w:p w14:paraId="739965AF" w14:textId="77777777" w:rsidR="00443064" w:rsidRDefault="004430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8B38A" w14:textId="77777777" w:rsidR="0068736D" w:rsidRDefault="00443064">
    <w:pPr>
      <w:pStyle w:val="Header"/>
      <w:jc w:val="center"/>
    </w:pPr>
    <w:r>
      <w:rPr>
        <w:sz w:val="18"/>
      </w:rPr>
      <w:t>AZ-900 Lab 06 | Cost Management, RBAC và Resource Lock b</w:t>
    </w:r>
    <w:r>
      <w:rPr>
        <w:sz w:val="18"/>
      </w:rPr>
      <w:t>ằ</w:t>
    </w:r>
    <w:r>
      <w:rPr>
        <w:sz w:val="18"/>
      </w:rPr>
      <w:t>ng Azure Portal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7837621">
    <w:abstractNumId w:val="8"/>
  </w:num>
  <w:num w:numId="2" w16cid:durableId="1102528931">
    <w:abstractNumId w:val="6"/>
  </w:num>
  <w:num w:numId="3" w16cid:durableId="1842892823">
    <w:abstractNumId w:val="5"/>
  </w:num>
  <w:num w:numId="4" w16cid:durableId="796145506">
    <w:abstractNumId w:val="4"/>
  </w:num>
  <w:num w:numId="5" w16cid:durableId="1573004634">
    <w:abstractNumId w:val="7"/>
  </w:num>
  <w:num w:numId="6" w16cid:durableId="106898864">
    <w:abstractNumId w:val="3"/>
  </w:num>
  <w:num w:numId="7" w16cid:durableId="1390299290">
    <w:abstractNumId w:val="2"/>
  </w:num>
  <w:num w:numId="8" w16cid:durableId="2141221469">
    <w:abstractNumId w:val="1"/>
  </w:num>
  <w:num w:numId="9" w16cid:durableId="1501970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1A51"/>
    <w:rsid w:val="0015074B"/>
    <w:rsid w:val="00195713"/>
    <w:rsid w:val="0029639D"/>
    <w:rsid w:val="00297977"/>
    <w:rsid w:val="00326F90"/>
    <w:rsid w:val="00443064"/>
    <w:rsid w:val="00445E82"/>
    <w:rsid w:val="0068736D"/>
    <w:rsid w:val="00777E93"/>
    <w:rsid w:val="00784340"/>
    <w:rsid w:val="009717F3"/>
    <w:rsid w:val="00AA1D8D"/>
    <w:rsid w:val="00B237EE"/>
    <w:rsid w:val="00B47730"/>
    <w:rsid w:val="00B5276D"/>
    <w:rsid w:val="00CB0664"/>
    <w:rsid w:val="00DE73DC"/>
    <w:rsid w:val="00E51F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C7B746"/>
  <w14:defaultImageDpi w14:val="300"/>
  <w15:docId w15:val="{F11D3DBD-FBAB-46B2-8445-C4406635F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E74B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F4E79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spacing w:before="60" w:after="120"/>
      <w:ind w:left="288"/>
    </w:pPr>
    <w:rPr>
      <w:rFonts w:ascii="Consolas" w:eastAsia="Consolas" w:hAnsi="Consola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1252</TotalTime>
  <Pages>14</Pages>
  <Words>1502</Words>
  <Characters>8565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Hoa, Tran Van</cp:lastModifiedBy>
  <cp:revision>4</cp:revision>
  <dcterms:created xsi:type="dcterms:W3CDTF">2013-12-23T23:15:00Z</dcterms:created>
  <dcterms:modified xsi:type="dcterms:W3CDTF">2026-05-25T04:30:00Z</dcterms:modified>
  <cp:category/>
</cp:coreProperties>
</file>